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09C0" w:rsidRDefault="005A09C0" w:rsidP="005A09C0">
      <w:pPr>
        <w:spacing w:after="0" w:line="240" w:lineRule="auto"/>
        <w:jc w:val="right"/>
        <w:rPr>
          <w:sz w:val="28"/>
          <w:szCs w:val="28"/>
          <w:lang w:val="ru-RU"/>
        </w:rPr>
      </w:pPr>
      <w:r w:rsidRPr="005A09C0">
        <w:rPr>
          <w:sz w:val="28"/>
          <w:szCs w:val="28"/>
          <w:lang w:val="ru-RU"/>
        </w:rPr>
        <w:t xml:space="preserve">Приложение 1 </w:t>
      </w:r>
    </w:p>
    <w:p w:rsidR="005A09C0" w:rsidRDefault="005A09C0" w:rsidP="005A09C0">
      <w:pPr>
        <w:spacing w:after="0" w:line="240" w:lineRule="auto"/>
        <w:jc w:val="right"/>
        <w:rPr>
          <w:sz w:val="28"/>
          <w:szCs w:val="28"/>
          <w:lang w:val="ru-RU"/>
        </w:rPr>
      </w:pPr>
      <w:r w:rsidRPr="005A09C0">
        <w:rPr>
          <w:sz w:val="28"/>
          <w:szCs w:val="28"/>
          <w:lang w:val="ru-RU"/>
        </w:rPr>
        <w:t>к приказу</w:t>
      </w:r>
      <w:r w:rsidRPr="007F0FDD">
        <w:rPr>
          <w:lang w:val="ru-RU"/>
        </w:rPr>
        <w:t xml:space="preserve"> ГАУКОДО КОДЮЦЭКТ</w:t>
      </w:r>
      <w:r w:rsidRPr="005A09C0">
        <w:rPr>
          <w:sz w:val="28"/>
          <w:szCs w:val="28"/>
          <w:lang w:val="ru-RU"/>
        </w:rPr>
        <w:t xml:space="preserve"> </w:t>
      </w:r>
    </w:p>
    <w:p w:rsidR="005A09C0" w:rsidRDefault="005A09C0" w:rsidP="005A09C0">
      <w:pPr>
        <w:spacing w:after="0" w:line="240" w:lineRule="auto"/>
        <w:jc w:val="right"/>
        <w:rPr>
          <w:sz w:val="28"/>
          <w:szCs w:val="28"/>
          <w:lang w:val="ru-RU"/>
        </w:rPr>
      </w:pPr>
      <w:r w:rsidRPr="005A09C0">
        <w:rPr>
          <w:sz w:val="28"/>
          <w:szCs w:val="28"/>
          <w:lang w:val="ru-RU"/>
        </w:rPr>
        <w:t>№ 439 от 30.10.2026г.</w:t>
      </w:r>
    </w:p>
    <w:p w:rsidR="008A59BA" w:rsidRPr="007F0FDD" w:rsidRDefault="002A76FC" w:rsidP="005A09C0">
      <w:pPr>
        <w:jc w:val="center"/>
        <w:rPr>
          <w:lang w:val="ru-RU"/>
        </w:rPr>
      </w:pPr>
      <w:r w:rsidRPr="007F0FDD">
        <w:rPr>
          <w:b/>
          <w:sz w:val="28"/>
          <w:lang w:val="ru-RU"/>
        </w:rPr>
        <w:br/>
      </w:r>
      <w:r w:rsidRPr="007F0FDD">
        <w:rPr>
          <w:b/>
          <w:sz w:val="28"/>
          <w:lang w:val="ru-RU"/>
        </w:rPr>
        <w:br/>
        <w:t>ПОЛОЖЕНИЕ</w:t>
      </w:r>
      <w:r w:rsidRPr="007F0FDD">
        <w:rPr>
          <w:b/>
          <w:sz w:val="28"/>
          <w:lang w:val="ru-RU"/>
        </w:rPr>
        <w:br/>
        <w:t>о проведении регионального этапа Всероссийского конкурса юных инспекторов движения «Безопасное колесо - 202</w:t>
      </w:r>
      <w:r w:rsidR="007F0FDD" w:rsidRPr="007F0FDD">
        <w:rPr>
          <w:b/>
          <w:sz w:val="28"/>
          <w:lang w:val="ru-RU"/>
        </w:rPr>
        <w:t>6</w:t>
      </w:r>
      <w:r w:rsidRPr="007F0FDD">
        <w:rPr>
          <w:b/>
          <w:sz w:val="28"/>
          <w:lang w:val="ru-RU"/>
        </w:rPr>
        <w:t>»</w:t>
      </w:r>
    </w:p>
    <w:p w:rsidR="008A59BA" w:rsidRPr="007F0FDD" w:rsidRDefault="002A76FC">
      <w:pPr>
        <w:spacing w:before="240" w:after="120"/>
        <w:jc w:val="center"/>
        <w:rPr>
          <w:lang w:val="ru-RU"/>
        </w:rPr>
      </w:pPr>
      <w:r w:rsidRPr="007F0FDD">
        <w:rPr>
          <w:b/>
          <w:lang w:val="ru-RU"/>
        </w:rPr>
        <w:t>1. Общие положения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1.1.</w:t>
      </w:r>
      <w:r w:rsidRPr="007F0FDD">
        <w:rPr>
          <w:lang w:val="ru-RU"/>
        </w:rPr>
        <w:t xml:space="preserve"> Региональный этап Всероссийского конкурса юных инспекторов движения «Безопасное колесо - 202</w:t>
      </w:r>
      <w:r w:rsidR="007F0FDD" w:rsidRPr="007F0FDD">
        <w:rPr>
          <w:lang w:val="ru-RU"/>
        </w:rPr>
        <w:t>6</w:t>
      </w:r>
      <w:r w:rsidRPr="007F0FDD">
        <w:rPr>
          <w:lang w:val="ru-RU"/>
        </w:rPr>
        <w:t>» является лично-командным первенством среди обучающихся образовательных организаций Калининградской об</w:t>
      </w:r>
      <w:bookmarkStart w:id="0" w:name="_GoBack"/>
      <w:bookmarkEnd w:id="0"/>
      <w:r w:rsidRPr="007F0FDD">
        <w:rPr>
          <w:lang w:val="ru-RU"/>
        </w:rPr>
        <w:t>ласти (далее – ЮИД, Конкурс).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1.2.</w:t>
      </w:r>
      <w:r w:rsidRPr="007F0FDD">
        <w:rPr>
          <w:lang w:val="ru-RU"/>
        </w:rPr>
        <w:t xml:space="preserve"> Конкурс проводится Министерством образования Калининградской области, государственным автономным учреждением Калининградской области дополнительного образовании «Калининградский областной детско-юношеский центр экологии, краеведения и туризма» (далее – ГАУКОДО КОДЮЦЭКТ) совместно с Управлением Госавтоинспекции УМВД России по Калининградской области (далее Госавтоинспекции) (вместе далее – Организаторы), в соответствии с паспортом комплекса процессных мероприятий «Проведение обучения и информирования населения о правилах дорожного движения» в рамках реализации государственной программы Калининградской области «Дороги. Транспорт. Энергетика» на основании утверждаемого Положения о проведении регионального этапа Всероссийского конкурса юных инспекторов движения «Безопасное колесо - 202</w:t>
      </w:r>
      <w:r w:rsidR="00482E5C">
        <w:rPr>
          <w:lang w:val="ru-RU"/>
        </w:rPr>
        <w:t>6</w:t>
      </w:r>
      <w:r w:rsidRPr="007F0FDD">
        <w:rPr>
          <w:lang w:val="ru-RU"/>
        </w:rPr>
        <w:t>» (Далее – Положение).</w:t>
      </w:r>
    </w:p>
    <w:p w:rsid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1.3.</w:t>
      </w:r>
      <w:r w:rsidRPr="007F0FDD">
        <w:rPr>
          <w:lang w:val="ru-RU"/>
        </w:rPr>
        <w:t xml:space="preserve"> Цели и задачи Конкурса: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lang w:val="ru-RU"/>
        </w:rPr>
        <w:t>Целью Конкурса является профилактика детской безнадзорности и беспризорности, воспитание законопослушных участников дорожного движения, пропаганда здорового образа жизни.</w:t>
      </w:r>
    </w:p>
    <w:p w:rsid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lang w:val="ru-RU"/>
        </w:rPr>
        <w:t>Задачами Конкурса являются:</w:t>
      </w:r>
    </w:p>
    <w:p w:rsid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lang w:val="ru-RU"/>
        </w:rPr>
        <w:t>− привлечение детей к участию в мероприятиях государственной программы Калининградской области «Дороги. Транспорт. Энергетика», направленной на повышение безопасности участников дорожного движения и предупреждение детского дорожно-транспортного травматизма (далее – ДДТТ);</w:t>
      </w:r>
    </w:p>
    <w:p w:rsid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lang w:val="ru-RU"/>
        </w:rPr>
        <w:t>− закрепление у обучающихся знаний основ Правил дорожного движения Российской Федерации (далее – ПДД);</w:t>
      </w:r>
    </w:p>
    <w:p w:rsid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lang w:val="ru-RU"/>
        </w:rPr>
        <w:t>− привлечение обучающихся к участию в пропаганде среди сверстников безопасного участия в дорожном движении и деятельности отрядов ЮИД;</w:t>
      </w:r>
    </w:p>
    <w:p w:rsidR="008A59BA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lang w:val="ru-RU"/>
        </w:rPr>
        <w:t>− вовлечение детей и подростков в отряды ЮИД.</w:t>
      </w:r>
    </w:p>
    <w:p w:rsidR="005A09C0" w:rsidRPr="007F0FDD" w:rsidRDefault="005A09C0">
      <w:pPr>
        <w:spacing w:after="80"/>
        <w:ind w:firstLine="576"/>
        <w:jc w:val="both"/>
        <w:rPr>
          <w:lang w:val="ru-RU"/>
        </w:rPr>
      </w:pPr>
    </w:p>
    <w:p w:rsidR="008A59BA" w:rsidRPr="007F0FDD" w:rsidRDefault="002A76FC">
      <w:pPr>
        <w:spacing w:before="240" w:after="120"/>
        <w:jc w:val="center"/>
        <w:rPr>
          <w:lang w:val="ru-RU"/>
        </w:rPr>
      </w:pPr>
      <w:r w:rsidRPr="007F0FDD">
        <w:rPr>
          <w:b/>
          <w:lang w:val="ru-RU"/>
        </w:rPr>
        <w:lastRenderedPageBreak/>
        <w:t>2. Организация и проведение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2.1.</w:t>
      </w:r>
      <w:r w:rsidRPr="007F0FDD">
        <w:rPr>
          <w:lang w:val="ru-RU"/>
        </w:rPr>
        <w:t xml:space="preserve"> Общее руководство подготовкой Конкурса осуществляет Организационный комитет, в состав которого входят представители Министерства образования (по согласованию), Госавтоинспекции (по согласованию), ГАУКОДО КОДЮЦЭКТ, регионального отделение ООДЮО «ЮИД» в Калининградской области (далее Калининградское отделение ЮИД).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2.2.</w:t>
      </w:r>
      <w:r w:rsidRPr="007F0FDD">
        <w:rPr>
          <w:lang w:val="ru-RU"/>
        </w:rPr>
        <w:t xml:space="preserve"> Непосредственное проведение Конкурса возлагается на рабочую группу, в состав которой входят специалисты ГАУКОДО КОДЮЦЭКТ, Госавтоинспекции (по согласованию), Калининградского отделения ЮИД и </w:t>
      </w:r>
      <w:r w:rsidR="007F0FDD" w:rsidRPr="007F0FDD">
        <w:rPr>
          <w:lang w:val="ru-RU"/>
        </w:rPr>
        <w:t>других заинтересованных ведомств</w:t>
      </w:r>
      <w:r w:rsidRPr="007F0FDD">
        <w:rPr>
          <w:lang w:val="ru-RU"/>
        </w:rPr>
        <w:t xml:space="preserve"> и организаций.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2.3.</w:t>
      </w:r>
      <w:r w:rsidRPr="007F0FDD">
        <w:rPr>
          <w:lang w:val="ru-RU"/>
        </w:rPr>
        <w:t xml:space="preserve"> Подведение итогов Конкурса возлагается на Главное жюри, утверждаемое Организационным комитетом.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2.4.</w:t>
      </w:r>
      <w:r w:rsidRPr="007F0FDD">
        <w:rPr>
          <w:lang w:val="ru-RU"/>
        </w:rPr>
        <w:t xml:space="preserve"> Решение о допуске команды или одного из ее членов до участия в Конкурсе принимает Главное жюри.</w:t>
      </w:r>
    </w:p>
    <w:p w:rsidR="008A59BA" w:rsidRPr="007F0FDD" w:rsidRDefault="002A76FC">
      <w:pPr>
        <w:spacing w:before="240" w:after="120"/>
        <w:jc w:val="center"/>
        <w:rPr>
          <w:lang w:val="ru-RU"/>
        </w:rPr>
      </w:pPr>
      <w:r w:rsidRPr="007F0FDD">
        <w:rPr>
          <w:b/>
          <w:lang w:val="ru-RU"/>
        </w:rPr>
        <w:t>3. Участники Конкурса</w:t>
      </w:r>
    </w:p>
    <w:p w:rsidR="009F6802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3.1.</w:t>
      </w:r>
      <w:r w:rsidRPr="007F0FDD">
        <w:rPr>
          <w:lang w:val="ru-RU"/>
        </w:rPr>
        <w:t xml:space="preserve"> К участию в Конкурсе допускаются Команды, сформированные из представителей </w:t>
      </w:r>
      <w:r w:rsidR="00484111" w:rsidRPr="007F0FDD">
        <w:rPr>
          <w:lang w:val="ru-RU"/>
        </w:rPr>
        <w:t>отрядов ЮИД,</w:t>
      </w:r>
      <w:r w:rsidR="00484111" w:rsidRPr="00484111">
        <w:rPr>
          <w:lang w:val="ru-RU"/>
        </w:rPr>
        <w:t xml:space="preserve"> </w:t>
      </w:r>
      <w:r w:rsidRPr="007F0FDD">
        <w:rPr>
          <w:lang w:val="ru-RU"/>
        </w:rPr>
        <w:t>официально зарегистрированны</w:t>
      </w:r>
      <w:r w:rsidR="00484111">
        <w:rPr>
          <w:lang w:val="ru-RU"/>
        </w:rPr>
        <w:t>х</w:t>
      </w:r>
      <w:r w:rsidRPr="007F0FDD">
        <w:rPr>
          <w:lang w:val="ru-RU"/>
        </w:rPr>
        <w:t xml:space="preserve"> на сайте ЮИДРОССИИ.РФ </w:t>
      </w:r>
      <w:hyperlink r:id="rId6" w:history="1">
        <w:r w:rsidR="00896F36" w:rsidRPr="003D4FDE">
          <w:rPr>
            <w:rStyle w:val="aff8"/>
          </w:rPr>
          <w:t>https</w:t>
        </w:r>
        <w:r w:rsidR="00896F36" w:rsidRPr="003D4FDE">
          <w:rPr>
            <w:rStyle w:val="aff8"/>
            <w:lang w:val="ru-RU"/>
          </w:rPr>
          <w:t>://</w:t>
        </w:r>
        <w:proofErr w:type="spellStart"/>
        <w:r w:rsidR="00896F36" w:rsidRPr="003D4FDE">
          <w:rPr>
            <w:rStyle w:val="aff8"/>
            <w:lang w:val="ru-RU"/>
          </w:rPr>
          <w:t>юидроссии.рф</w:t>
        </w:r>
        <w:proofErr w:type="spellEnd"/>
      </w:hyperlink>
      <w:r w:rsidR="009F6802">
        <w:rPr>
          <w:lang w:val="ru-RU"/>
        </w:rPr>
        <w:t>.</w:t>
      </w:r>
      <w:r w:rsidR="00896F36">
        <w:rPr>
          <w:lang w:val="ru-RU"/>
        </w:rPr>
        <w:t xml:space="preserve"> </w:t>
      </w:r>
      <w:r w:rsidRPr="007F0FDD">
        <w:rPr>
          <w:lang w:val="ru-RU"/>
        </w:rPr>
        <w:t xml:space="preserve">Зарегистрированы должны быть руководитель отряда и участники. 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3.2.</w:t>
      </w:r>
      <w:r w:rsidRPr="007F0FDD">
        <w:rPr>
          <w:lang w:val="ru-RU"/>
        </w:rPr>
        <w:t xml:space="preserve"> Для участия в Конкурсе допускаются школьники не младше 9 полных лет на дату начала Конкурса и не старше 11 полных лет на дату окончания Конкурса. Состав команды - 4 человека: 2 мальчика и 2 девочки.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3.3.</w:t>
      </w:r>
      <w:r w:rsidRPr="007F0FDD">
        <w:rPr>
          <w:lang w:val="ru-RU"/>
        </w:rPr>
        <w:t xml:space="preserve"> Допускаются к участию команды в неполном составе. В этом случае результаты учитываются только в личном зачете. Замена участников команды в течение всего Конкурса не допускается.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3.4.</w:t>
      </w:r>
      <w:r w:rsidRPr="007F0FDD">
        <w:rPr>
          <w:lang w:val="ru-RU"/>
        </w:rPr>
        <w:t xml:space="preserve"> Допускаются к участию в Конкурсе вне зачёта команды, не являющиеся отрядами ЮИД.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3.5.</w:t>
      </w:r>
      <w:r w:rsidRPr="007F0FDD">
        <w:rPr>
          <w:lang w:val="ru-RU"/>
        </w:rPr>
        <w:t xml:space="preserve"> Участники, принимавшие участие в Конкурсе в предыдущие</w:t>
      </w:r>
      <w:r w:rsidR="0036511F">
        <w:rPr>
          <w:lang w:val="ru-RU"/>
        </w:rPr>
        <w:t xml:space="preserve"> годы, к участию в Конкурсе </w:t>
      </w:r>
      <w:r w:rsidR="0036511F" w:rsidRPr="009F6802">
        <w:rPr>
          <w:lang w:val="ru-RU"/>
        </w:rPr>
        <w:t>2026</w:t>
      </w:r>
      <w:r w:rsidRPr="007F0FDD">
        <w:rPr>
          <w:lang w:val="ru-RU"/>
        </w:rPr>
        <w:t xml:space="preserve"> года не допускаются.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3.6.</w:t>
      </w:r>
      <w:r w:rsidRPr="007F0FDD">
        <w:rPr>
          <w:lang w:val="ru-RU"/>
        </w:rPr>
        <w:t xml:space="preserve"> Команды из муниципальных образований Калининградской области прибывают в сопровождении 1 (одного) педагогического работника (обязательно) и 1 (одного) сотрудника подразделения пропаганды безопасности дорожного движения подразделения Госавтоинспекции на муниципальном уровне (по возможности).</w:t>
      </w:r>
    </w:p>
    <w:p w:rsidR="008A59BA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3.7.</w:t>
      </w:r>
      <w:r w:rsidRPr="007F0FDD">
        <w:rPr>
          <w:lang w:val="ru-RU"/>
        </w:rPr>
        <w:t xml:space="preserve"> Ответственность за жизнь и здоровье участников команд на весь период проведения Конкурса несут руководители команд.</w:t>
      </w:r>
    </w:p>
    <w:p w:rsidR="005A09C0" w:rsidRPr="007F0FDD" w:rsidRDefault="005A09C0">
      <w:pPr>
        <w:spacing w:after="80"/>
        <w:ind w:firstLine="576"/>
        <w:jc w:val="both"/>
        <w:rPr>
          <w:lang w:val="ru-RU"/>
        </w:rPr>
      </w:pPr>
    </w:p>
    <w:p w:rsidR="008A59BA" w:rsidRPr="007F0FDD" w:rsidRDefault="002A76FC">
      <w:pPr>
        <w:spacing w:before="240" w:after="120"/>
        <w:jc w:val="center"/>
        <w:rPr>
          <w:lang w:val="ru-RU"/>
        </w:rPr>
      </w:pPr>
      <w:r w:rsidRPr="007F0FDD">
        <w:rPr>
          <w:b/>
          <w:lang w:val="ru-RU"/>
        </w:rPr>
        <w:t>4. Условия участия в Конкурсе</w:t>
      </w:r>
    </w:p>
    <w:p w:rsidR="008A59BA" w:rsidRPr="00126EC6" w:rsidRDefault="002A76FC">
      <w:pPr>
        <w:spacing w:after="80"/>
        <w:ind w:firstLine="576"/>
        <w:jc w:val="both"/>
        <w:rPr>
          <w:szCs w:val="24"/>
          <w:lang w:val="ru-RU"/>
        </w:rPr>
      </w:pPr>
      <w:r w:rsidRPr="007F0FDD">
        <w:rPr>
          <w:b/>
          <w:lang w:val="ru-RU"/>
        </w:rPr>
        <w:t>4.1.</w:t>
      </w:r>
      <w:r w:rsidRPr="007F0FDD">
        <w:rPr>
          <w:lang w:val="ru-RU"/>
        </w:rPr>
        <w:t xml:space="preserve"> Конкурс </w:t>
      </w:r>
      <w:r w:rsidRPr="00126EC6">
        <w:rPr>
          <w:lang w:val="ru-RU"/>
        </w:rPr>
        <w:t xml:space="preserve">проводится </w:t>
      </w:r>
      <w:r w:rsidR="007F0FDD" w:rsidRPr="00126EC6">
        <w:rPr>
          <w:lang w:val="ru-RU"/>
        </w:rPr>
        <w:t>«</w:t>
      </w:r>
      <w:r w:rsidR="00126EC6" w:rsidRPr="00126EC6">
        <w:rPr>
          <w:lang w:val="ru-RU"/>
        </w:rPr>
        <w:t>18</w:t>
      </w:r>
      <w:r w:rsidR="007F0FDD" w:rsidRPr="00126EC6">
        <w:rPr>
          <w:lang w:val="ru-RU"/>
        </w:rPr>
        <w:t>» но</w:t>
      </w:r>
      <w:r w:rsidRPr="00126EC6">
        <w:rPr>
          <w:lang w:val="ru-RU"/>
        </w:rPr>
        <w:t>ября 202</w:t>
      </w:r>
      <w:r w:rsidR="007F0FDD" w:rsidRPr="00126EC6">
        <w:rPr>
          <w:lang w:val="ru-RU"/>
        </w:rPr>
        <w:t>6</w:t>
      </w:r>
      <w:r w:rsidRPr="00126EC6">
        <w:rPr>
          <w:lang w:val="ru-RU"/>
        </w:rPr>
        <w:t xml:space="preserve"> года на базе </w:t>
      </w:r>
      <w:r w:rsidR="00126EC6" w:rsidRPr="00126EC6">
        <w:rPr>
          <w:szCs w:val="24"/>
          <w:lang w:val="ru-RU"/>
        </w:rPr>
        <w:t>средней школы №36 по адресу:</w:t>
      </w:r>
      <w:r w:rsidR="00126EC6" w:rsidRPr="00126EC6">
        <w:rPr>
          <w:szCs w:val="24"/>
          <w:lang w:val="ru-RU"/>
        </w:rPr>
        <w:br/>
        <w:t xml:space="preserve"> г. Калининград, Московский проспект, 98А.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lastRenderedPageBreak/>
        <w:t>4.2.</w:t>
      </w:r>
      <w:r w:rsidRPr="007F0FDD">
        <w:rPr>
          <w:lang w:val="ru-RU"/>
        </w:rPr>
        <w:t xml:space="preserve"> Для участия в Конкурсе каждая команда должна пройти регистрацию по ссылке </w:t>
      </w:r>
      <w:r w:rsidRPr="00126EC6">
        <w:rPr>
          <w:lang w:val="ru-RU"/>
        </w:rPr>
        <w:t>до 1</w:t>
      </w:r>
      <w:r w:rsidR="00126EC6" w:rsidRPr="00126EC6">
        <w:rPr>
          <w:lang w:val="ru-RU"/>
        </w:rPr>
        <w:t>5</w:t>
      </w:r>
      <w:r w:rsidRPr="00126EC6">
        <w:rPr>
          <w:lang w:val="ru-RU"/>
        </w:rPr>
        <w:t xml:space="preserve"> </w:t>
      </w:r>
      <w:r w:rsidR="007F0FDD" w:rsidRPr="00126EC6">
        <w:rPr>
          <w:lang w:val="ru-RU"/>
        </w:rPr>
        <w:t>н</w:t>
      </w:r>
      <w:r w:rsidRPr="00126EC6">
        <w:rPr>
          <w:lang w:val="ru-RU"/>
        </w:rPr>
        <w:t>оября 202</w:t>
      </w:r>
      <w:r w:rsidR="007F0FDD" w:rsidRPr="00126EC6">
        <w:rPr>
          <w:lang w:val="ru-RU"/>
        </w:rPr>
        <w:t>6</w:t>
      </w:r>
      <w:r w:rsidR="00C91EC6">
        <w:rPr>
          <w:rStyle w:val="aff8"/>
          <w:lang w:val="ru-RU"/>
        </w:rPr>
        <w:t xml:space="preserve"> </w:t>
      </w:r>
      <w:r w:rsidR="00C91EC6" w:rsidRPr="00C91EC6">
        <w:rPr>
          <w:rStyle w:val="aff8"/>
          <w:lang w:val="ru-RU"/>
        </w:rPr>
        <w:t>https://forms.yandex.ru/u/6ae48b686d2d73c9108d63ae</w:t>
      </w:r>
      <w:r w:rsidR="007F0FDD">
        <w:rPr>
          <w:lang w:val="ru-RU"/>
        </w:rPr>
        <w:t>.</w:t>
      </w:r>
    </w:p>
    <w:p w:rsid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4.3.</w:t>
      </w:r>
      <w:r w:rsidRPr="007F0FDD">
        <w:rPr>
          <w:lang w:val="ru-RU"/>
        </w:rPr>
        <w:t xml:space="preserve"> При регистрации на месте необходимо предъявить:</w:t>
      </w:r>
      <w:r w:rsidRPr="007F0FDD">
        <w:rPr>
          <w:lang w:val="ru-RU"/>
        </w:rPr>
        <w:br/>
        <w:t>− приказ образовательной организации о направлении команды с Заявкой по установленной форме (Приложение №3);</w:t>
      </w:r>
    </w:p>
    <w:p w:rsidR="008A59BA" w:rsidRPr="007F0FDD" w:rsidRDefault="002A76FC" w:rsidP="007F0FDD">
      <w:pPr>
        <w:spacing w:after="80"/>
        <w:jc w:val="both"/>
        <w:rPr>
          <w:lang w:val="ru-RU"/>
        </w:rPr>
      </w:pPr>
      <w:r w:rsidRPr="007F0FDD">
        <w:rPr>
          <w:lang w:val="ru-RU"/>
        </w:rPr>
        <w:t>− копию свидетельства о рождении на каждого участника;</w:t>
      </w:r>
      <w:r w:rsidRPr="007F0FDD">
        <w:rPr>
          <w:lang w:val="ru-RU"/>
        </w:rPr>
        <w:br/>
        <w:t>− медицинскую справку, заверенную медицинским работникам о допуске к спортивным соревнованиям;</w:t>
      </w:r>
      <w:r w:rsidRPr="007F0FDD">
        <w:rPr>
          <w:lang w:val="ru-RU"/>
        </w:rPr>
        <w:br/>
        <w:t>− согласие родителей на обработку персональных данных (Приложение №2)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4.4.</w:t>
      </w:r>
      <w:r w:rsidRPr="007F0FDD">
        <w:rPr>
          <w:lang w:val="ru-RU"/>
        </w:rPr>
        <w:t xml:space="preserve"> В случае выявления несоответствия между представленными командой документами и действительным возрастом участников соревнований команда принимает участие в соревнованиях вне конкурса.</w:t>
      </w:r>
    </w:p>
    <w:p w:rsidR="008A59BA" w:rsidRPr="007F0FDD" w:rsidRDefault="002A76FC">
      <w:pPr>
        <w:spacing w:before="240" w:after="120"/>
        <w:jc w:val="center"/>
        <w:rPr>
          <w:lang w:val="ru-RU"/>
        </w:rPr>
      </w:pPr>
      <w:r w:rsidRPr="007F0FDD">
        <w:rPr>
          <w:b/>
          <w:lang w:val="ru-RU"/>
        </w:rPr>
        <w:t>5. Программа Конкурса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5.1.</w:t>
      </w:r>
      <w:r w:rsidRPr="007F0FDD">
        <w:rPr>
          <w:lang w:val="ru-RU"/>
        </w:rPr>
        <w:t xml:space="preserve"> Первая станция «Знатоки правил дорожного движения» — индивидуальный теоретический экзамен на знание ПДД с подведением командного результата (далее – станция 1, станция «ПДД»).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5.2.</w:t>
      </w:r>
      <w:r w:rsidRPr="007F0FDD">
        <w:rPr>
          <w:lang w:val="ru-RU"/>
        </w:rPr>
        <w:t xml:space="preserve"> Вторая станция «Знание основ оказания первой помощи» — индивидуальный теоретический экзамен, включающий вопросы на знание основ оказания первой помощи, с подведением командного результата (далее – станция 2, станция «Первая помощь»).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5.3.</w:t>
      </w:r>
      <w:r w:rsidRPr="007F0FDD">
        <w:rPr>
          <w:lang w:val="ru-RU"/>
        </w:rPr>
        <w:t xml:space="preserve"> Третья станция «Фигурное вождение» — индивидуальный экзамен по фигурному вождению велосипеда на специально оборудованной препятствиями площадке с подведением командного результата (далее – станция </w:t>
      </w:r>
      <w:r w:rsidR="00126EC6">
        <w:rPr>
          <w:lang w:val="ru-RU"/>
        </w:rPr>
        <w:t>3</w:t>
      </w:r>
      <w:r w:rsidRPr="007F0FDD">
        <w:rPr>
          <w:lang w:val="ru-RU"/>
        </w:rPr>
        <w:t>, станция «Фигурное вождение»).</w:t>
      </w:r>
    </w:p>
    <w:p w:rsid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lang w:val="ru-RU"/>
        </w:rPr>
        <w:t xml:space="preserve">Соревнования на станции </w:t>
      </w:r>
      <w:r w:rsidR="007F0FDD">
        <w:rPr>
          <w:lang w:val="ru-RU"/>
        </w:rPr>
        <w:t>3</w:t>
      </w:r>
      <w:r w:rsidRPr="007F0FDD">
        <w:rPr>
          <w:lang w:val="ru-RU"/>
        </w:rPr>
        <w:t xml:space="preserve"> проводится на велосипедах с диаметром колеса не менее 50 см (20 дюймов) и не более 61 см (24 дюйма), шириной протектора не менее 40 мм и ручными или комбинированными тормозами. Обеспечение соревнований </w:t>
      </w:r>
      <w:proofErr w:type="spellStart"/>
      <w:r w:rsidRPr="007F0FDD">
        <w:rPr>
          <w:lang w:val="ru-RU"/>
        </w:rPr>
        <w:t>велотехникой</w:t>
      </w:r>
      <w:proofErr w:type="spellEnd"/>
      <w:r w:rsidRPr="007F0FDD">
        <w:rPr>
          <w:lang w:val="ru-RU"/>
        </w:rPr>
        <w:t xml:space="preserve"> возлагается на рабочую группу Конкурса.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lang w:val="ru-RU"/>
        </w:rPr>
        <w:t>Каждый участник при прохождении станции 3 должен быть в защитной экипировке (шлем, наколенники, налокотники).</w:t>
      </w:r>
    </w:p>
    <w:p w:rsidR="008A59BA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5.</w:t>
      </w:r>
      <w:r w:rsidR="007F0FDD">
        <w:rPr>
          <w:b/>
          <w:lang w:val="ru-RU"/>
        </w:rPr>
        <w:t>4</w:t>
      </w:r>
      <w:r w:rsidRPr="007F0FDD">
        <w:rPr>
          <w:b/>
          <w:lang w:val="ru-RU"/>
        </w:rPr>
        <w:t>.</w:t>
      </w:r>
      <w:r w:rsidRPr="007F0FDD">
        <w:rPr>
          <w:lang w:val="ru-RU"/>
        </w:rPr>
        <w:t xml:space="preserve"> </w:t>
      </w:r>
      <w:r w:rsidR="007F0FDD">
        <w:rPr>
          <w:lang w:val="ru-RU"/>
        </w:rPr>
        <w:t>Четверт</w:t>
      </w:r>
      <w:r w:rsidRPr="007F0FDD">
        <w:rPr>
          <w:lang w:val="ru-RU"/>
        </w:rPr>
        <w:t xml:space="preserve">ая станция «Основы безопасности жизнедеятельности» — теоретический экзамен на знание основ безопасного поведения на дороге и эрудицию участников с подведением командного результата (далее – станция </w:t>
      </w:r>
      <w:r w:rsidR="007F0FDD">
        <w:rPr>
          <w:lang w:val="ru-RU"/>
        </w:rPr>
        <w:t>4</w:t>
      </w:r>
      <w:r w:rsidRPr="007F0FDD">
        <w:rPr>
          <w:lang w:val="ru-RU"/>
        </w:rPr>
        <w:t>, станция «ОБЖ»)</w:t>
      </w:r>
    </w:p>
    <w:p w:rsidR="007F0FDD" w:rsidRDefault="007F0FDD">
      <w:pPr>
        <w:spacing w:after="80"/>
        <w:ind w:firstLine="576"/>
        <w:jc w:val="both"/>
        <w:rPr>
          <w:lang w:val="ru-RU"/>
        </w:rPr>
      </w:pPr>
    </w:p>
    <w:p w:rsidR="008A59BA" w:rsidRPr="007F0FDD" w:rsidRDefault="002A76FC">
      <w:pPr>
        <w:spacing w:before="240" w:after="120"/>
        <w:jc w:val="center"/>
        <w:rPr>
          <w:lang w:val="ru-RU"/>
        </w:rPr>
      </w:pPr>
      <w:r w:rsidRPr="007F0FDD">
        <w:rPr>
          <w:b/>
          <w:lang w:val="ru-RU"/>
        </w:rPr>
        <w:t>6. Условия проведения конкурса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6.1.</w:t>
      </w:r>
      <w:r w:rsidRPr="007F0FDD">
        <w:rPr>
          <w:lang w:val="ru-RU"/>
        </w:rPr>
        <w:t xml:space="preserve"> Подготовка тестов, вопросов, заданий для теоретических и практических экзаменов обеспечив</w:t>
      </w:r>
      <w:r w:rsidR="0036511F">
        <w:rPr>
          <w:lang w:val="ru-RU"/>
        </w:rPr>
        <w:t xml:space="preserve">аются рабочей группой Конкурса. </w:t>
      </w:r>
      <w:r w:rsidRPr="007F0FDD">
        <w:rPr>
          <w:lang w:val="ru-RU"/>
        </w:rPr>
        <w:t xml:space="preserve">При подготовке заданий учитываются Правила проведения Всероссийского конкурса юных инспекторов движения «Безопасное колесо», которые размещены по ссылке в качестве Приложения к Всероссийскому Положению </w:t>
      </w:r>
      <w:proofErr w:type="spellStart"/>
      <w:r>
        <w:t>polozenie</w:t>
      </w:r>
      <w:proofErr w:type="spellEnd"/>
      <w:r w:rsidRPr="007F0FDD">
        <w:rPr>
          <w:lang w:val="ru-RU"/>
        </w:rPr>
        <w:t>-</w:t>
      </w:r>
      <w:r>
        <w:lastRenderedPageBreak/>
        <w:t>o</w:t>
      </w:r>
      <w:r w:rsidRPr="007F0FDD">
        <w:rPr>
          <w:lang w:val="ru-RU"/>
        </w:rPr>
        <w:t>-</w:t>
      </w:r>
      <w:proofErr w:type="spellStart"/>
      <w:r>
        <w:t>konkurse</w:t>
      </w:r>
      <w:proofErr w:type="spellEnd"/>
      <w:r w:rsidRPr="007F0FDD">
        <w:rPr>
          <w:lang w:val="ru-RU"/>
        </w:rPr>
        <w:t>-</w:t>
      </w:r>
      <w:proofErr w:type="spellStart"/>
      <w:r>
        <w:t>bezopasnoe</w:t>
      </w:r>
      <w:proofErr w:type="spellEnd"/>
      <w:r w:rsidRPr="007F0FDD">
        <w:rPr>
          <w:lang w:val="ru-RU"/>
        </w:rPr>
        <w:t>-</w:t>
      </w:r>
      <w:proofErr w:type="spellStart"/>
      <w:r>
        <w:t>koleso</w:t>
      </w:r>
      <w:proofErr w:type="spellEnd"/>
      <w:r w:rsidRPr="007F0FDD">
        <w:rPr>
          <w:lang w:val="ru-RU"/>
        </w:rPr>
        <w:t>.</w:t>
      </w:r>
      <w:r>
        <w:t>pdf</w:t>
      </w:r>
      <w:r w:rsidRPr="007F0FDD">
        <w:rPr>
          <w:lang w:val="ru-RU"/>
        </w:rPr>
        <w:t>. Подготовленные задания передаются организаторам и не должны передаваться третьим лицам.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6.2.</w:t>
      </w:r>
      <w:r w:rsidRPr="007F0FDD">
        <w:rPr>
          <w:lang w:val="ru-RU"/>
        </w:rPr>
        <w:t xml:space="preserve"> На всех этапах конкурса подсчет результатов ведется по количеству штрафных баллов, полученных как каждым участником лично, так и суммарно всеми членами команды (Приложение №1).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6.3.</w:t>
      </w:r>
      <w:r w:rsidRPr="007F0FDD">
        <w:rPr>
          <w:lang w:val="ru-RU"/>
        </w:rPr>
        <w:t xml:space="preserve"> В случае, если участник(-</w:t>
      </w:r>
      <w:proofErr w:type="spellStart"/>
      <w:r w:rsidRPr="007F0FDD">
        <w:rPr>
          <w:lang w:val="ru-RU"/>
        </w:rPr>
        <w:t>ца</w:t>
      </w:r>
      <w:proofErr w:type="spellEnd"/>
      <w:r w:rsidRPr="007F0FDD">
        <w:rPr>
          <w:lang w:val="ru-RU"/>
        </w:rPr>
        <w:t>) конкурса выбывает из соревнований по медицинским показаниям (ввиду травмы, заболевания и т.д.), то баллы, заработанные участником при выполнении упражнений, учитываются в общий счет команды. За упражнение, которое участник не выполнил, зачитывается максимальное число баллов из заработанных остал</w:t>
      </w:r>
      <w:r w:rsidR="007F0FDD">
        <w:rPr>
          <w:lang w:val="ru-RU"/>
        </w:rPr>
        <w:t>ь</w:t>
      </w:r>
      <w:r w:rsidRPr="007F0FDD">
        <w:rPr>
          <w:lang w:val="ru-RU"/>
        </w:rPr>
        <w:t>ными участниками конкурса.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6.4.</w:t>
      </w:r>
      <w:r w:rsidRPr="007F0FDD">
        <w:rPr>
          <w:lang w:val="ru-RU"/>
        </w:rPr>
        <w:t xml:space="preserve"> Команда – участница конкурса должна иметь общекомандную форму, спортивные костюмы и обувь для участников.</w:t>
      </w:r>
    </w:p>
    <w:p w:rsidR="008A59BA" w:rsidRPr="007F0FDD" w:rsidRDefault="002A76FC">
      <w:pPr>
        <w:spacing w:before="240" w:after="120"/>
        <w:jc w:val="center"/>
        <w:rPr>
          <w:lang w:val="ru-RU"/>
        </w:rPr>
      </w:pPr>
      <w:r w:rsidRPr="007F0FDD">
        <w:rPr>
          <w:b/>
          <w:lang w:val="ru-RU"/>
        </w:rPr>
        <w:t>7. Определение результатов и награждение призеров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7.1.</w:t>
      </w:r>
      <w:r w:rsidRPr="007F0FDD">
        <w:rPr>
          <w:lang w:val="ru-RU"/>
        </w:rPr>
        <w:t xml:space="preserve"> Итоги Конкурса подводит Главное жюри.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7.2.</w:t>
      </w:r>
      <w:r w:rsidRPr="007F0FDD">
        <w:rPr>
          <w:lang w:val="ru-RU"/>
        </w:rPr>
        <w:t xml:space="preserve"> За нарушение правил проведения Конкурса Главное жюри имеет право не присуждать призовые места.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7.3.</w:t>
      </w:r>
      <w:r w:rsidRPr="007F0FDD">
        <w:rPr>
          <w:lang w:val="ru-RU"/>
        </w:rPr>
        <w:t xml:space="preserve"> Команды, занявшие </w:t>
      </w:r>
      <w:r>
        <w:t>I</w:t>
      </w:r>
      <w:r w:rsidRPr="007F0FDD">
        <w:rPr>
          <w:lang w:val="ru-RU"/>
        </w:rPr>
        <w:t>-</w:t>
      </w:r>
      <w:r>
        <w:t>II</w:t>
      </w:r>
      <w:r w:rsidRPr="007F0FDD">
        <w:rPr>
          <w:lang w:val="ru-RU"/>
        </w:rPr>
        <w:t>-</w:t>
      </w:r>
      <w:r>
        <w:t>III</w:t>
      </w:r>
      <w:r w:rsidRPr="007F0FDD">
        <w:rPr>
          <w:lang w:val="ru-RU"/>
        </w:rPr>
        <w:t xml:space="preserve"> места в общем зачете по сумме мест в этапах Конкурса, награждаются дипломами Министерства образования Калининградской области, Госавтоинспекции и ценными подарками, которые вручаются команде с указанием состава участников и руководителя.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7.4.</w:t>
      </w:r>
      <w:r w:rsidRPr="007F0FDD">
        <w:rPr>
          <w:lang w:val="ru-RU"/>
        </w:rPr>
        <w:t xml:space="preserve"> Участники, занявшие </w:t>
      </w:r>
      <w:r>
        <w:t>I</w:t>
      </w:r>
      <w:r w:rsidRPr="007F0FDD">
        <w:rPr>
          <w:lang w:val="ru-RU"/>
        </w:rPr>
        <w:t>-</w:t>
      </w:r>
      <w:r>
        <w:t>II</w:t>
      </w:r>
      <w:r w:rsidRPr="007F0FDD">
        <w:rPr>
          <w:lang w:val="ru-RU"/>
        </w:rPr>
        <w:t>-</w:t>
      </w:r>
      <w:r>
        <w:t>III</w:t>
      </w:r>
      <w:r w:rsidRPr="007F0FDD">
        <w:rPr>
          <w:lang w:val="ru-RU"/>
        </w:rPr>
        <w:t xml:space="preserve"> места в личном зачете (общий зачет по всем станциям, кроме «ОБЖ») соревнований, награждаются дипломами Министерства образования Калининградской области, УГИБДД УМВД России по Калининградской области и ценными призами.</w:t>
      </w:r>
    </w:p>
    <w:p w:rsidR="008A59BA" w:rsidRPr="009F6802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7.5.</w:t>
      </w:r>
      <w:r w:rsidRPr="007F0FDD">
        <w:rPr>
          <w:lang w:val="ru-RU"/>
        </w:rPr>
        <w:t xml:space="preserve"> Команды, занявшие </w:t>
      </w:r>
      <w:r>
        <w:t>I</w:t>
      </w:r>
      <w:r w:rsidRPr="007F0FDD">
        <w:rPr>
          <w:lang w:val="ru-RU"/>
        </w:rPr>
        <w:t>-</w:t>
      </w:r>
      <w:r>
        <w:t>II</w:t>
      </w:r>
      <w:r w:rsidRPr="007F0FDD">
        <w:rPr>
          <w:lang w:val="ru-RU"/>
        </w:rPr>
        <w:t>-</w:t>
      </w:r>
      <w:r>
        <w:t>III</w:t>
      </w:r>
      <w:r w:rsidRPr="007F0FDD">
        <w:rPr>
          <w:lang w:val="ru-RU"/>
        </w:rPr>
        <w:t xml:space="preserve"> места в отдельных номинациях, </w:t>
      </w:r>
      <w:r w:rsidRPr="009F6802">
        <w:rPr>
          <w:lang w:val="ru-RU"/>
        </w:rPr>
        <w:t xml:space="preserve">награждаются </w:t>
      </w:r>
      <w:r w:rsidR="0036511F" w:rsidRPr="009F6802">
        <w:rPr>
          <w:lang w:val="ru-RU"/>
        </w:rPr>
        <w:t xml:space="preserve">дипломами </w:t>
      </w:r>
      <w:r w:rsidRPr="009F6802">
        <w:rPr>
          <w:lang w:val="ru-RU"/>
        </w:rPr>
        <w:t>Министерства образования Калининградской области, УГИБДД УМВД России по Калининградской области и ценными призами.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9F6802">
        <w:rPr>
          <w:b/>
          <w:lang w:val="ru-RU"/>
        </w:rPr>
        <w:t>7.4.</w:t>
      </w:r>
      <w:r w:rsidRPr="009F6802">
        <w:rPr>
          <w:lang w:val="ru-RU"/>
        </w:rPr>
        <w:t xml:space="preserve"> Командам, не занявшим призовые места в программе Конкурса, вручаются </w:t>
      </w:r>
      <w:r w:rsidR="009F6802" w:rsidRPr="009F6802">
        <w:rPr>
          <w:lang w:val="ru-RU"/>
        </w:rPr>
        <w:t xml:space="preserve">сертификаты </w:t>
      </w:r>
      <w:r w:rsidRPr="009F6802">
        <w:rPr>
          <w:lang w:val="ru-RU"/>
        </w:rPr>
        <w:t>за активное участие.</w:t>
      </w:r>
    </w:p>
    <w:p w:rsidR="00484111" w:rsidRDefault="00484111">
      <w:pPr>
        <w:spacing w:before="240" w:after="120"/>
        <w:jc w:val="center"/>
        <w:rPr>
          <w:b/>
          <w:lang w:val="ru-RU"/>
        </w:rPr>
      </w:pPr>
    </w:p>
    <w:p w:rsidR="008A59BA" w:rsidRPr="007F0FDD" w:rsidRDefault="002A76FC">
      <w:pPr>
        <w:spacing w:before="240" w:after="120"/>
        <w:jc w:val="center"/>
        <w:rPr>
          <w:lang w:val="ru-RU"/>
        </w:rPr>
      </w:pPr>
      <w:r w:rsidRPr="007F0FDD">
        <w:rPr>
          <w:b/>
          <w:lang w:val="ru-RU"/>
        </w:rPr>
        <w:t>8. Финансирование</w:t>
      </w:r>
    </w:p>
    <w:p w:rsidR="00FA5512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8.1.</w:t>
      </w:r>
      <w:r w:rsidRPr="007F0FDD">
        <w:rPr>
          <w:lang w:val="ru-RU"/>
        </w:rPr>
        <w:t xml:space="preserve"> Финансирование Конкурса </w:t>
      </w:r>
      <w:r w:rsidR="00FA5512">
        <w:rPr>
          <w:lang w:val="ru-RU"/>
        </w:rPr>
        <w:t xml:space="preserve">на </w:t>
      </w:r>
      <w:r w:rsidR="00FA5512" w:rsidRPr="007F0FDD">
        <w:rPr>
          <w:lang w:val="ru-RU"/>
        </w:rPr>
        <w:t>приобретение необходимого оборудования, инвентаря</w:t>
      </w:r>
      <w:r w:rsidR="00FA5512">
        <w:rPr>
          <w:lang w:val="ru-RU"/>
        </w:rPr>
        <w:t>,</w:t>
      </w:r>
      <w:r w:rsidR="00FA5512" w:rsidRPr="007F0FDD">
        <w:rPr>
          <w:lang w:val="ru-RU"/>
        </w:rPr>
        <w:t xml:space="preserve"> расходных </w:t>
      </w:r>
      <w:r w:rsidR="00FA5512">
        <w:rPr>
          <w:lang w:val="ru-RU"/>
        </w:rPr>
        <w:t xml:space="preserve">и призовых </w:t>
      </w:r>
      <w:r w:rsidR="00FA5512" w:rsidRPr="007F0FDD">
        <w:rPr>
          <w:lang w:val="ru-RU"/>
        </w:rPr>
        <w:t xml:space="preserve">материалов для команд-участниц </w:t>
      </w:r>
      <w:r w:rsidRPr="007F0FDD">
        <w:rPr>
          <w:lang w:val="ru-RU"/>
        </w:rPr>
        <w:t xml:space="preserve">осуществляется за счет средств Государственной программы Калининградской области «Дороги. </w:t>
      </w:r>
      <w:r>
        <w:t>T</w:t>
      </w:r>
      <w:proofErr w:type="spellStart"/>
      <w:r w:rsidR="007F0FDD">
        <w:rPr>
          <w:lang w:val="ru-RU"/>
        </w:rPr>
        <w:t>ранспорт</w:t>
      </w:r>
      <w:proofErr w:type="spellEnd"/>
      <w:r w:rsidRPr="007F0FDD">
        <w:rPr>
          <w:lang w:val="ru-RU"/>
        </w:rPr>
        <w:t>. Энергетика»</w:t>
      </w:r>
      <w:r w:rsidR="00FA5512">
        <w:rPr>
          <w:lang w:val="ru-RU"/>
        </w:rPr>
        <w:t>.</w:t>
      </w:r>
    </w:p>
    <w:p w:rsidR="008A59BA" w:rsidRPr="007F0FDD" w:rsidRDefault="00CE1EA9">
      <w:pPr>
        <w:spacing w:after="80"/>
        <w:ind w:firstLine="576"/>
        <w:jc w:val="both"/>
        <w:rPr>
          <w:lang w:val="ru-RU"/>
        </w:rPr>
      </w:pPr>
      <w:r w:rsidRPr="00CE1EA9">
        <w:rPr>
          <w:b/>
          <w:lang w:val="ru-RU"/>
        </w:rPr>
        <w:t>8.2.</w:t>
      </w:r>
      <w:r>
        <w:rPr>
          <w:lang w:val="ru-RU"/>
        </w:rPr>
        <w:t xml:space="preserve"> </w:t>
      </w:r>
      <w:r w:rsidR="00FA5512">
        <w:rPr>
          <w:lang w:val="ru-RU"/>
        </w:rPr>
        <w:t>Расходы на проезд, питание участников команд</w:t>
      </w:r>
      <w:r w:rsidR="002A76FC" w:rsidRPr="007F0FDD">
        <w:rPr>
          <w:lang w:val="ru-RU"/>
        </w:rPr>
        <w:t xml:space="preserve"> осуществляется за счет направляющей стороны.</w:t>
      </w:r>
    </w:p>
    <w:p w:rsidR="008A59BA" w:rsidRPr="007F0FDD" w:rsidRDefault="002A76FC">
      <w:pPr>
        <w:spacing w:before="240" w:after="120"/>
        <w:jc w:val="center"/>
        <w:rPr>
          <w:lang w:val="ru-RU"/>
        </w:rPr>
      </w:pPr>
      <w:r w:rsidRPr="007F0FDD">
        <w:rPr>
          <w:b/>
          <w:lang w:val="ru-RU"/>
        </w:rPr>
        <w:lastRenderedPageBreak/>
        <w:t>9. Заключительные положения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9.1.</w:t>
      </w:r>
      <w:r w:rsidRPr="007F0FDD">
        <w:rPr>
          <w:lang w:val="ru-RU"/>
        </w:rPr>
        <w:t xml:space="preserve"> Настоящее Положение подлежит размещению на сайте ГАУКОДО КОДЮЦЭКТ и туризма» </w:t>
      </w:r>
      <w:r>
        <w:t>http</w:t>
      </w:r>
      <w:r w:rsidRPr="007F0FDD">
        <w:rPr>
          <w:lang w:val="ru-RU"/>
        </w:rPr>
        <w:t>://</w:t>
      </w:r>
      <w:r>
        <w:t>www</w:t>
      </w:r>
      <w:r w:rsidRPr="007F0FDD">
        <w:rPr>
          <w:lang w:val="ru-RU"/>
        </w:rPr>
        <w:t>.</w:t>
      </w:r>
      <w:proofErr w:type="spellStart"/>
      <w:r>
        <w:t>ecocentr</w:t>
      </w:r>
      <w:proofErr w:type="spellEnd"/>
      <w:r w:rsidRPr="007F0FDD">
        <w:rPr>
          <w:lang w:val="ru-RU"/>
        </w:rPr>
        <w:t>39.</w:t>
      </w:r>
      <w:proofErr w:type="spellStart"/>
      <w:r>
        <w:t>ru</w:t>
      </w:r>
      <w:proofErr w:type="spellEnd"/>
      <w:r w:rsidRPr="007F0FDD">
        <w:rPr>
          <w:lang w:val="ru-RU"/>
        </w:rPr>
        <w:t xml:space="preserve">, а также на сайте Управления Госавтоинспекции УМВД России по Калининградской области и официальной странице Калининградского отделения ЮИД Вконтакте </w:t>
      </w:r>
      <w:r>
        <w:t>https</w:t>
      </w:r>
      <w:r w:rsidRPr="007F0FDD">
        <w:rPr>
          <w:lang w:val="ru-RU"/>
        </w:rPr>
        <w:t>://</w:t>
      </w:r>
      <w:proofErr w:type="spellStart"/>
      <w:r>
        <w:t>vk</w:t>
      </w:r>
      <w:proofErr w:type="spellEnd"/>
      <w:r w:rsidRPr="007F0FDD">
        <w:rPr>
          <w:lang w:val="ru-RU"/>
        </w:rPr>
        <w:t>.</w:t>
      </w:r>
      <w:r>
        <w:t>com</w:t>
      </w:r>
      <w:r w:rsidRPr="007F0FDD">
        <w:rPr>
          <w:lang w:val="ru-RU"/>
        </w:rPr>
        <w:t>/</w:t>
      </w:r>
      <w:proofErr w:type="spellStart"/>
      <w:r>
        <w:t>uid</w:t>
      </w:r>
      <w:proofErr w:type="spellEnd"/>
      <w:r w:rsidRPr="007F0FDD">
        <w:rPr>
          <w:lang w:val="ru-RU"/>
        </w:rPr>
        <w:t>_</w:t>
      </w:r>
      <w:proofErr w:type="spellStart"/>
      <w:r>
        <w:t>kaliningrad</w:t>
      </w:r>
      <w:proofErr w:type="spellEnd"/>
      <w:r w:rsidRPr="007F0FDD">
        <w:rPr>
          <w:lang w:val="ru-RU"/>
        </w:rPr>
        <w:t>.</w:t>
      </w:r>
    </w:p>
    <w:p w:rsidR="008A59BA" w:rsidRPr="007F0FDD" w:rsidRDefault="002A76FC">
      <w:pPr>
        <w:spacing w:after="80"/>
        <w:ind w:firstLine="576"/>
        <w:jc w:val="both"/>
        <w:rPr>
          <w:lang w:val="ru-RU"/>
        </w:rPr>
      </w:pPr>
      <w:r w:rsidRPr="007F0FDD">
        <w:rPr>
          <w:b/>
          <w:lang w:val="ru-RU"/>
        </w:rPr>
        <w:t>9.2.</w:t>
      </w:r>
      <w:r w:rsidRPr="007F0FDD">
        <w:rPr>
          <w:lang w:val="ru-RU"/>
        </w:rPr>
        <w:t xml:space="preserve"> По организационном вопросам обращаться по адресу электронной почты </w:t>
      </w:r>
      <w:hyperlink r:id="rId7" w:history="1">
        <w:r w:rsidR="00482E5C" w:rsidRPr="00482E5C">
          <w:rPr>
            <w:rStyle w:val="aff8"/>
            <w:rFonts w:cs="Times New Roman"/>
            <w:szCs w:val="24"/>
            <w:shd w:val="clear" w:color="auto" w:fill="FFFFFF"/>
          </w:rPr>
          <w:t>RCOCRW</w:t>
        </w:r>
        <w:r w:rsidR="00482E5C" w:rsidRPr="00482E5C">
          <w:rPr>
            <w:rStyle w:val="aff8"/>
            <w:rFonts w:cs="Times New Roman"/>
            <w:szCs w:val="24"/>
            <w:shd w:val="clear" w:color="auto" w:fill="FFFFFF"/>
            <w:lang w:val="ru-RU"/>
          </w:rPr>
          <w:t>@</w:t>
        </w:r>
        <w:proofErr w:type="spellStart"/>
        <w:r w:rsidR="00482E5C" w:rsidRPr="00482E5C">
          <w:rPr>
            <w:rStyle w:val="aff8"/>
            <w:rFonts w:cs="Times New Roman"/>
            <w:szCs w:val="24"/>
            <w:shd w:val="clear" w:color="auto" w:fill="FFFFFF"/>
          </w:rPr>
          <w:t>yandex</w:t>
        </w:r>
        <w:proofErr w:type="spellEnd"/>
        <w:r w:rsidR="00482E5C" w:rsidRPr="00482E5C">
          <w:rPr>
            <w:rStyle w:val="aff8"/>
            <w:rFonts w:cs="Times New Roman"/>
            <w:szCs w:val="24"/>
            <w:shd w:val="clear" w:color="auto" w:fill="FFFFFF"/>
            <w:lang w:val="ru-RU"/>
          </w:rPr>
          <w:t>.</w:t>
        </w:r>
        <w:proofErr w:type="spellStart"/>
        <w:r w:rsidR="00482E5C" w:rsidRPr="00482E5C">
          <w:rPr>
            <w:rStyle w:val="aff8"/>
            <w:rFonts w:cs="Times New Roman"/>
            <w:szCs w:val="24"/>
            <w:shd w:val="clear" w:color="auto" w:fill="FFFFFF"/>
          </w:rPr>
          <w:t>ru</w:t>
        </w:r>
        <w:proofErr w:type="spellEnd"/>
      </w:hyperlink>
      <w:r w:rsidR="00482E5C">
        <w:rPr>
          <w:rFonts w:ascii="Arial" w:hAnsi="Arial" w:cs="Arial"/>
          <w:color w:val="34343C"/>
          <w:sz w:val="30"/>
          <w:szCs w:val="30"/>
          <w:shd w:val="clear" w:color="auto" w:fill="FFFFFF"/>
          <w:lang w:val="ru-RU"/>
        </w:rPr>
        <w:t xml:space="preserve"> </w:t>
      </w:r>
      <w:r w:rsidRPr="007F0FDD">
        <w:rPr>
          <w:lang w:val="ru-RU"/>
        </w:rPr>
        <w:t>или по номеру телефона +7(4012)</w:t>
      </w:r>
      <w:r w:rsidR="007F0FDD">
        <w:rPr>
          <w:lang w:val="ru-RU"/>
        </w:rPr>
        <w:t>53</w:t>
      </w:r>
      <w:r w:rsidRPr="007F0FDD">
        <w:rPr>
          <w:lang w:val="ru-RU"/>
        </w:rPr>
        <w:t>-</w:t>
      </w:r>
      <w:r w:rsidR="007F0FDD">
        <w:rPr>
          <w:lang w:val="ru-RU"/>
        </w:rPr>
        <w:t>0</w:t>
      </w:r>
      <w:r w:rsidRPr="007F0FDD">
        <w:rPr>
          <w:lang w:val="ru-RU"/>
        </w:rPr>
        <w:t>1-2</w:t>
      </w:r>
      <w:r w:rsidR="007F0FDD">
        <w:rPr>
          <w:lang w:val="ru-RU"/>
        </w:rPr>
        <w:t>4</w:t>
      </w:r>
      <w:r w:rsidRPr="007F0FDD">
        <w:rPr>
          <w:lang w:val="ru-RU"/>
        </w:rPr>
        <w:t xml:space="preserve">, методист – </w:t>
      </w:r>
      <w:r w:rsidR="007F0FDD">
        <w:rPr>
          <w:lang w:val="ru-RU"/>
        </w:rPr>
        <w:t>Винокурова Татьяна Васильевна</w:t>
      </w:r>
      <w:r w:rsidRPr="007F0FDD">
        <w:rPr>
          <w:lang w:val="ru-RU"/>
        </w:rPr>
        <w:t>.</w:t>
      </w:r>
    </w:p>
    <w:p w:rsidR="008A59BA" w:rsidRPr="007F0FDD" w:rsidRDefault="002A76FC">
      <w:pPr>
        <w:rPr>
          <w:lang w:val="ru-RU"/>
        </w:rPr>
      </w:pPr>
      <w:r w:rsidRPr="007F0FDD">
        <w:rPr>
          <w:lang w:val="ru-RU"/>
        </w:rPr>
        <w:br w:type="page"/>
      </w:r>
    </w:p>
    <w:p w:rsidR="008A59BA" w:rsidRPr="007F0FDD" w:rsidRDefault="002A76FC">
      <w:pPr>
        <w:jc w:val="right"/>
        <w:rPr>
          <w:lang w:val="ru-RU"/>
        </w:rPr>
      </w:pPr>
      <w:r w:rsidRPr="007F0FDD">
        <w:rPr>
          <w:i/>
          <w:lang w:val="ru-RU"/>
        </w:rPr>
        <w:lastRenderedPageBreak/>
        <w:t>Приложение №1 к Положению</w:t>
      </w:r>
      <w:r w:rsidRPr="007F0FDD">
        <w:rPr>
          <w:i/>
          <w:lang w:val="ru-RU"/>
        </w:rPr>
        <w:br/>
        <w:t>о проведении регионального этапа</w:t>
      </w:r>
      <w:r w:rsidRPr="007F0FDD">
        <w:rPr>
          <w:i/>
          <w:lang w:val="ru-RU"/>
        </w:rPr>
        <w:br/>
        <w:t>Всероссийского конкурса</w:t>
      </w:r>
      <w:r w:rsidRPr="007F0FDD">
        <w:rPr>
          <w:i/>
          <w:lang w:val="ru-RU"/>
        </w:rPr>
        <w:br/>
        <w:t>юных инспекторов дорожного движения</w:t>
      </w:r>
      <w:r w:rsidRPr="007F0FDD">
        <w:rPr>
          <w:i/>
          <w:lang w:val="ru-RU"/>
        </w:rPr>
        <w:br/>
        <w:t>«Безопасное колесо 202</w:t>
      </w:r>
      <w:r w:rsidR="00482E5C">
        <w:rPr>
          <w:i/>
          <w:lang w:val="ru-RU"/>
        </w:rPr>
        <w:t>6</w:t>
      </w:r>
      <w:r w:rsidRPr="007F0FDD">
        <w:rPr>
          <w:i/>
          <w:lang w:val="ru-RU"/>
        </w:rPr>
        <w:t>»</w:t>
      </w:r>
    </w:p>
    <w:p w:rsidR="008A59BA" w:rsidRPr="007F0FDD" w:rsidRDefault="002A76FC">
      <w:pPr>
        <w:jc w:val="center"/>
        <w:rPr>
          <w:lang w:val="ru-RU"/>
        </w:rPr>
      </w:pPr>
      <w:r w:rsidRPr="007F0FDD">
        <w:rPr>
          <w:b/>
          <w:lang w:val="ru-RU"/>
        </w:rPr>
        <w:t>Оценочный (штрафной) лист оценки станции «Фигурное вождение»</w:t>
      </w:r>
      <w:r w:rsidRPr="007F0FDD">
        <w:rPr>
          <w:b/>
          <w:lang w:val="ru-RU"/>
        </w:rPr>
        <w:br/>
      </w:r>
    </w:p>
    <w:p w:rsidR="008A59BA" w:rsidRPr="007F0FDD" w:rsidRDefault="002A76FC">
      <w:pPr>
        <w:rPr>
          <w:lang w:val="ru-RU"/>
        </w:rPr>
      </w:pPr>
      <w:r w:rsidRPr="007F0FDD">
        <w:rPr>
          <w:lang w:val="ru-RU"/>
        </w:rPr>
        <w:t>ФИ участника __________________________ школа __________________ класс ________</w:t>
      </w:r>
      <w:r w:rsidRPr="007F0FDD">
        <w:rPr>
          <w:lang w:val="ru-RU"/>
        </w:rPr>
        <w:br/>
        <w:t>город ____________________________________</w:t>
      </w:r>
    </w:p>
    <w:p w:rsidR="008A59BA" w:rsidRPr="007F0FDD" w:rsidRDefault="002A76FC">
      <w:pPr>
        <w:rPr>
          <w:lang w:val="ru-RU"/>
        </w:rPr>
      </w:pPr>
      <w:r w:rsidRPr="007F0FDD">
        <w:rPr>
          <w:b/>
          <w:lang w:val="ru-RU"/>
        </w:rPr>
        <w:t>1. Препятствие «Слалом»</w:t>
      </w:r>
      <w:r w:rsidRPr="007F0FDD">
        <w:rPr>
          <w:b/>
          <w:lang w:val="ru-RU"/>
        </w:rPr>
        <w:br/>
      </w:r>
      <w:r w:rsidRPr="007F0FDD">
        <w:rPr>
          <w:sz w:val="22"/>
          <w:lang w:val="ru-RU"/>
        </w:rPr>
        <w:t>Штрафы:</w:t>
      </w:r>
      <w:r w:rsidRPr="007F0FDD">
        <w:rPr>
          <w:sz w:val="22"/>
          <w:lang w:val="ru-RU"/>
        </w:rPr>
        <w:br/>
        <w:t>касание ногой пола при проезде препятствия – 1</w:t>
      </w:r>
      <w:r w:rsidRPr="007F0FDD">
        <w:rPr>
          <w:sz w:val="22"/>
          <w:lang w:val="ru-RU"/>
        </w:rPr>
        <w:br/>
        <w:t>па</w:t>
      </w:r>
      <w:r w:rsidR="00482E5C">
        <w:rPr>
          <w:sz w:val="22"/>
          <w:lang w:val="ru-RU"/>
        </w:rPr>
        <w:t>д</w:t>
      </w:r>
      <w:r w:rsidRPr="007F0FDD">
        <w:rPr>
          <w:sz w:val="22"/>
          <w:lang w:val="ru-RU"/>
        </w:rPr>
        <w:t>ение стойки – 2</w:t>
      </w:r>
      <w:r w:rsidRPr="007F0FDD">
        <w:rPr>
          <w:sz w:val="22"/>
          <w:lang w:val="ru-RU"/>
        </w:rPr>
        <w:br/>
        <w:t>пропуск стойки – 3</w:t>
      </w:r>
      <w:r w:rsidRPr="007F0FDD">
        <w:rPr>
          <w:sz w:val="22"/>
          <w:lang w:val="ru-RU"/>
        </w:rPr>
        <w:br/>
        <w:t>выезд за пределы трассы – 3</w:t>
      </w:r>
    </w:p>
    <w:p w:rsidR="008A59BA" w:rsidRPr="007F0FDD" w:rsidRDefault="002A76FC">
      <w:pPr>
        <w:rPr>
          <w:lang w:val="ru-RU"/>
        </w:rPr>
      </w:pPr>
      <w:r w:rsidRPr="007F0FDD">
        <w:rPr>
          <w:b/>
          <w:lang w:val="ru-RU"/>
        </w:rPr>
        <w:t>2. Препятствие «Перенос предмета»</w:t>
      </w:r>
      <w:r w:rsidRPr="007F0FDD">
        <w:rPr>
          <w:b/>
          <w:lang w:val="ru-RU"/>
        </w:rPr>
        <w:br/>
      </w:r>
      <w:r w:rsidRPr="007F0FDD">
        <w:rPr>
          <w:sz w:val="22"/>
          <w:lang w:val="ru-RU"/>
        </w:rPr>
        <w:t>Штрафы:</w:t>
      </w:r>
      <w:r w:rsidRPr="007F0FDD">
        <w:rPr>
          <w:sz w:val="22"/>
          <w:lang w:val="ru-RU"/>
        </w:rPr>
        <w:br/>
        <w:t>касание ногой пола при проезде препятствия – 1</w:t>
      </w:r>
      <w:r w:rsidRPr="007F0FDD">
        <w:rPr>
          <w:sz w:val="22"/>
          <w:lang w:val="ru-RU"/>
        </w:rPr>
        <w:br/>
        <w:t>коснулся рукой руля при проезде препятствия – 3</w:t>
      </w:r>
      <w:r w:rsidRPr="007F0FDD">
        <w:rPr>
          <w:sz w:val="22"/>
          <w:lang w:val="ru-RU"/>
        </w:rPr>
        <w:br/>
        <w:t>не взял кеглю – 5</w:t>
      </w:r>
    </w:p>
    <w:p w:rsidR="008A59BA" w:rsidRPr="007F0FDD" w:rsidRDefault="002A76FC">
      <w:pPr>
        <w:rPr>
          <w:lang w:val="ru-RU"/>
        </w:rPr>
      </w:pPr>
      <w:r w:rsidRPr="007F0FDD">
        <w:rPr>
          <w:b/>
          <w:lang w:val="ru-RU"/>
        </w:rPr>
        <w:t>3. Препятствие «Квадрат»</w:t>
      </w:r>
      <w:r w:rsidRPr="007F0FDD">
        <w:rPr>
          <w:b/>
          <w:lang w:val="ru-RU"/>
        </w:rPr>
        <w:br/>
      </w:r>
      <w:r w:rsidRPr="007F0FDD">
        <w:rPr>
          <w:sz w:val="22"/>
          <w:lang w:val="ru-RU"/>
        </w:rPr>
        <w:t>Штрафы:</w:t>
      </w:r>
      <w:r w:rsidRPr="007F0FDD">
        <w:rPr>
          <w:sz w:val="22"/>
          <w:lang w:val="ru-RU"/>
        </w:rPr>
        <w:br/>
        <w:t>касание ногой пола при проезде препятствия – 2</w:t>
      </w:r>
      <w:r w:rsidRPr="007F0FDD">
        <w:rPr>
          <w:sz w:val="22"/>
          <w:lang w:val="ru-RU"/>
        </w:rPr>
        <w:br/>
        <w:t>касание конуса – 2</w:t>
      </w:r>
      <w:r w:rsidRPr="007F0FDD">
        <w:rPr>
          <w:sz w:val="22"/>
          <w:lang w:val="ru-RU"/>
        </w:rPr>
        <w:br/>
        <w:t>падение конуса – 3</w:t>
      </w:r>
    </w:p>
    <w:p w:rsidR="008A59BA" w:rsidRPr="007F0FDD" w:rsidRDefault="002A76FC">
      <w:pPr>
        <w:rPr>
          <w:lang w:val="ru-RU"/>
        </w:rPr>
      </w:pPr>
      <w:r w:rsidRPr="007F0FDD">
        <w:rPr>
          <w:b/>
          <w:lang w:val="ru-RU"/>
        </w:rPr>
        <w:t>4. Препятствие «Конусы»</w:t>
      </w:r>
      <w:r w:rsidRPr="007F0FDD">
        <w:rPr>
          <w:b/>
          <w:lang w:val="ru-RU"/>
        </w:rPr>
        <w:br/>
      </w:r>
      <w:r w:rsidRPr="007F0FDD">
        <w:rPr>
          <w:sz w:val="22"/>
          <w:lang w:val="ru-RU"/>
        </w:rPr>
        <w:t>Штрафы:</w:t>
      </w:r>
      <w:r w:rsidRPr="007F0FDD">
        <w:rPr>
          <w:sz w:val="22"/>
          <w:lang w:val="ru-RU"/>
        </w:rPr>
        <w:br/>
        <w:t>касание ногой пола при проезде препятствия – 1</w:t>
      </w:r>
      <w:r w:rsidRPr="007F0FDD">
        <w:rPr>
          <w:sz w:val="22"/>
          <w:lang w:val="ru-RU"/>
        </w:rPr>
        <w:br/>
        <w:t>выезд за ограничительную линию - 3</w:t>
      </w:r>
      <w:r w:rsidRPr="007F0FDD">
        <w:rPr>
          <w:sz w:val="22"/>
          <w:lang w:val="ru-RU"/>
        </w:rPr>
        <w:br/>
        <w:t>касание конуса – 2</w:t>
      </w:r>
      <w:r w:rsidRPr="007F0FDD">
        <w:rPr>
          <w:sz w:val="22"/>
          <w:lang w:val="ru-RU"/>
        </w:rPr>
        <w:br/>
        <w:t>падение конуса – 2</w:t>
      </w:r>
      <w:r w:rsidRPr="007F0FDD">
        <w:rPr>
          <w:sz w:val="22"/>
          <w:lang w:val="ru-RU"/>
        </w:rPr>
        <w:br/>
        <w:t>пропуск конуса – 3</w:t>
      </w:r>
    </w:p>
    <w:p w:rsidR="008A59BA" w:rsidRPr="007F0FDD" w:rsidRDefault="002A76FC">
      <w:pPr>
        <w:rPr>
          <w:lang w:val="ru-RU"/>
        </w:rPr>
      </w:pPr>
      <w:r w:rsidRPr="007F0FDD">
        <w:rPr>
          <w:b/>
          <w:lang w:val="ru-RU"/>
        </w:rPr>
        <w:t>5. Препятствие «Узкая доска»</w:t>
      </w:r>
      <w:r w:rsidRPr="007F0FDD">
        <w:rPr>
          <w:b/>
          <w:lang w:val="ru-RU"/>
        </w:rPr>
        <w:br/>
      </w:r>
      <w:r w:rsidRPr="007F0FDD">
        <w:rPr>
          <w:sz w:val="22"/>
          <w:lang w:val="ru-RU"/>
        </w:rPr>
        <w:t>Штрафы:</w:t>
      </w:r>
      <w:r w:rsidRPr="007F0FDD">
        <w:rPr>
          <w:sz w:val="22"/>
          <w:lang w:val="ru-RU"/>
        </w:rPr>
        <w:br/>
        <w:t>съезд передним колесом – 3</w:t>
      </w:r>
      <w:r w:rsidRPr="007F0FDD">
        <w:rPr>
          <w:sz w:val="22"/>
          <w:lang w:val="ru-RU"/>
        </w:rPr>
        <w:br/>
        <w:t>съезд задним колесом – 2</w:t>
      </w:r>
      <w:r w:rsidRPr="007F0FDD">
        <w:rPr>
          <w:sz w:val="22"/>
          <w:lang w:val="ru-RU"/>
        </w:rPr>
        <w:br/>
        <w:t>съезд двумя колесами – 4</w:t>
      </w:r>
      <w:r w:rsidRPr="007F0FDD">
        <w:rPr>
          <w:sz w:val="22"/>
          <w:lang w:val="ru-RU"/>
        </w:rPr>
        <w:br/>
        <w:t>пропуск препятствия – 10</w:t>
      </w:r>
    </w:p>
    <w:p w:rsidR="008A59BA" w:rsidRPr="007F0FDD" w:rsidRDefault="002A76FC">
      <w:pPr>
        <w:rPr>
          <w:lang w:val="ru-RU"/>
        </w:rPr>
      </w:pPr>
      <w:r w:rsidRPr="007F0FDD">
        <w:rPr>
          <w:b/>
          <w:lang w:val="ru-RU"/>
        </w:rPr>
        <w:lastRenderedPageBreak/>
        <w:t>6. Препятствие «Перестроение»</w:t>
      </w:r>
      <w:r w:rsidRPr="007F0FDD">
        <w:rPr>
          <w:b/>
          <w:lang w:val="ru-RU"/>
        </w:rPr>
        <w:br/>
      </w:r>
      <w:r w:rsidRPr="007F0FDD">
        <w:rPr>
          <w:sz w:val="22"/>
          <w:lang w:val="ru-RU"/>
        </w:rPr>
        <w:t>Штрафы:</w:t>
      </w:r>
      <w:r w:rsidRPr="007F0FDD">
        <w:rPr>
          <w:sz w:val="22"/>
          <w:lang w:val="ru-RU"/>
        </w:rPr>
        <w:br/>
        <w:t>касание ногой пола при проезде препятствия – 1</w:t>
      </w:r>
      <w:r w:rsidRPr="007F0FDD">
        <w:rPr>
          <w:sz w:val="22"/>
          <w:lang w:val="ru-RU"/>
        </w:rPr>
        <w:br/>
        <w:t>касание конуса – 2</w:t>
      </w:r>
      <w:r w:rsidRPr="007F0FDD">
        <w:rPr>
          <w:sz w:val="22"/>
          <w:lang w:val="ru-RU"/>
        </w:rPr>
        <w:br/>
        <w:t>падение конуса – 3</w:t>
      </w:r>
      <w:r w:rsidRPr="007F0FDD">
        <w:rPr>
          <w:sz w:val="22"/>
          <w:lang w:val="ru-RU"/>
        </w:rPr>
        <w:br/>
        <w:t>не убедился в безопасности маневра – 3</w:t>
      </w:r>
      <w:r w:rsidRPr="007F0FDD">
        <w:rPr>
          <w:sz w:val="22"/>
          <w:lang w:val="ru-RU"/>
        </w:rPr>
        <w:br/>
        <w:t>не показал сигнал рукой о перестроении - 3</w:t>
      </w:r>
    </w:p>
    <w:p w:rsidR="008A59BA" w:rsidRPr="007F0FDD" w:rsidRDefault="002A76FC">
      <w:pPr>
        <w:rPr>
          <w:lang w:val="ru-RU"/>
        </w:rPr>
      </w:pPr>
      <w:r w:rsidRPr="007F0FDD">
        <w:rPr>
          <w:b/>
          <w:lang w:val="ru-RU"/>
        </w:rPr>
        <w:t>7. Препятствие «Прицельное торможение»</w:t>
      </w:r>
      <w:r w:rsidRPr="007F0FDD">
        <w:rPr>
          <w:b/>
          <w:lang w:val="ru-RU"/>
        </w:rPr>
        <w:br/>
      </w:r>
      <w:r w:rsidRPr="007F0FDD">
        <w:rPr>
          <w:sz w:val="22"/>
          <w:lang w:val="ru-RU"/>
        </w:rPr>
        <w:t>Штрафы:</w:t>
      </w:r>
      <w:r w:rsidRPr="007F0FDD">
        <w:rPr>
          <w:sz w:val="22"/>
          <w:lang w:val="ru-RU"/>
        </w:rPr>
        <w:br/>
        <w:t>касание ногой пола при проезде препятствия – 1</w:t>
      </w:r>
      <w:r w:rsidRPr="007F0FDD">
        <w:rPr>
          <w:sz w:val="22"/>
          <w:lang w:val="ru-RU"/>
        </w:rPr>
        <w:br/>
        <w:t>падение планки – 5</w:t>
      </w:r>
    </w:p>
    <w:p w:rsidR="008A59BA" w:rsidRPr="007F0FDD" w:rsidRDefault="002A76FC">
      <w:pPr>
        <w:spacing w:before="240"/>
        <w:rPr>
          <w:lang w:val="ru-RU"/>
        </w:rPr>
      </w:pPr>
      <w:r w:rsidRPr="007F0FDD">
        <w:rPr>
          <w:lang w:val="ru-RU"/>
        </w:rPr>
        <w:br/>
        <w:t>ИТОГО штрафов: ____________</w:t>
      </w:r>
    </w:p>
    <w:p w:rsidR="008A59BA" w:rsidRPr="007F0FDD" w:rsidRDefault="002A76FC">
      <w:pPr>
        <w:rPr>
          <w:lang w:val="ru-RU"/>
        </w:rPr>
      </w:pPr>
      <w:r w:rsidRPr="007F0FDD">
        <w:rPr>
          <w:lang w:val="ru-RU"/>
        </w:rPr>
        <w:br w:type="page"/>
      </w:r>
    </w:p>
    <w:p w:rsidR="008A59BA" w:rsidRPr="007F0FDD" w:rsidRDefault="002A76FC">
      <w:pPr>
        <w:jc w:val="right"/>
        <w:rPr>
          <w:lang w:val="ru-RU"/>
        </w:rPr>
      </w:pPr>
      <w:r w:rsidRPr="007F0FDD">
        <w:rPr>
          <w:i/>
          <w:lang w:val="ru-RU"/>
        </w:rPr>
        <w:lastRenderedPageBreak/>
        <w:t>Приложение №2 к Положению</w:t>
      </w:r>
      <w:r w:rsidRPr="007F0FDD">
        <w:rPr>
          <w:i/>
          <w:lang w:val="ru-RU"/>
        </w:rPr>
        <w:br/>
        <w:t>о проведении регионального этапа</w:t>
      </w:r>
      <w:r w:rsidRPr="007F0FDD">
        <w:rPr>
          <w:i/>
          <w:lang w:val="ru-RU"/>
        </w:rPr>
        <w:br/>
        <w:t>Всероссийского конкурса</w:t>
      </w:r>
      <w:r w:rsidRPr="007F0FDD">
        <w:rPr>
          <w:i/>
          <w:lang w:val="ru-RU"/>
        </w:rPr>
        <w:br/>
        <w:t>юных инспекторов дорожного движения</w:t>
      </w:r>
      <w:r w:rsidRPr="007F0FDD">
        <w:rPr>
          <w:i/>
          <w:lang w:val="ru-RU"/>
        </w:rPr>
        <w:br/>
        <w:t>«Безопасное колесо 202</w:t>
      </w:r>
      <w:r w:rsidR="00482E5C">
        <w:rPr>
          <w:i/>
          <w:lang w:val="ru-RU"/>
        </w:rPr>
        <w:t>6</w:t>
      </w:r>
      <w:r w:rsidRPr="007F0FDD">
        <w:rPr>
          <w:i/>
          <w:lang w:val="ru-RU"/>
        </w:rPr>
        <w:t>»</w:t>
      </w:r>
    </w:p>
    <w:p w:rsidR="008A59BA" w:rsidRPr="00482E5C" w:rsidRDefault="002A76FC">
      <w:pPr>
        <w:jc w:val="right"/>
        <w:rPr>
          <w:sz w:val="16"/>
          <w:szCs w:val="16"/>
          <w:lang w:val="ru-RU"/>
        </w:rPr>
      </w:pPr>
      <w:r w:rsidRPr="007F0FDD">
        <w:rPr>
          <w:lang w:val="ru-RU"/>
        </w:rPr>
        <w:t>Директору ГАУКОДО КОДЮЦЭКТ</w:t>
      </w:r>
      <w:r w:rsidRPr="007F0FDD">
        <w:rPr>
          <w:lang w:val="ru-RU"/>
        </w:rPr>
        <w:br/>
        <w:t xml:space="preserve">Каплуцевич Инне </w:t>
      </w:r>
      <w:proofErr w:type="spellStart"/>
      <w:r w:rsidRPr="007F0FDD">
        <w:rPr>
          <w:lang w:val="ru-RU"/>
        </w:rPr>
        <w:t>Францевне</w:t>
      </w:r>
      <w:proofErr w:type="spellEnd"/>
      <w:r w:rsidRPr="007F0FDD">
        <w:rPr>
          <w:lang w:val="ru-RU"/>
        </w:rPr>
        <w:br/>
        <w:t>__________________________________________________</w:t>
      </w:r>
      <w:r w:rsidRPr="007F0FDD">
        <w:rPr>
          <w:lang w:val="ru-RU"/>
        </w:rPr>
        <w:br/>
      </w:r>
      <w:r w:rsidRPr="00482E5C">
        <w:rPr>
          <w:sz w:val="16"/>
          <w:szCs w:val="16"/>
          <w:lang w:val="ru-RU"/>
        </w:rPr>
        <w:t>(фамилия, имя, отчество)</w:t>
      </w:r>
    </w:p>
    <w:p w:rsidR="008A59BA" w:rsidRPr="007F0FDD" w:rsidRDefault="002A76FC">
      <w:pPr>
        <w:jc w:val="center"/>
        <w:rPr>
          <w:lang w:val="ru-RU"/>
        </w:rPr>
      </w:pPr>
      <w:r w:rsidRPr="007F0FDD">
        <w:rPr>
          <w:b/>
          <w:lang w:val="ru-RU"/>
        </w:rPr>
        <w:t>Согласие на сбор, хранение и обработку персональных данных</w:t>
      </w:r>
    </w:p>
    <w:p w:rsidR="008A59BA" w:rsidRPr="007F0FDD" w:rsidRDefault="002A76FC">
      <w:pPr>
        <w:spacing w:after="80"/>
        <w:jc w:val="both"/>
        <w:rPr>
          <w:lang w:val="ru-RU"/>
        </w:rPr>
      </w:pPr>
      <w:r w:rsidRPr="007F0FDD">
        <w:rPr>
          <w:lang w:val="ru-RU"/>
        </w:rPr>
        <w:t>Я, ___________________________________________________________________________,</w:t>
      </w:r>
      <w:r w:rsidRPr="007F0FDD">
        <w:rPr>
          <w:lang w:val="ru-RU"/>
        </w:rPr>
        <w:br/>
        <w:t>(фамилия, имя, отчество)</w:t>
      </w:r>
      <w:r w:rsidR="00482E5C">
        <w:rPr>
          <w:lang w:val="ru-RU"/>
        </w:rPr>
        <w:t xml:space="preserve"> </w:t>
      </w:r>
      <w:r w:rsidRPr="007F0FDD">
        <w:rPr>
          <w:lang w:val="ru-RU"/>
        </w:rPr>
        <w:t>являющаяся</w:t>
      </w:r>
      <w:r w:rsidR="00482E5C">
        <w:rPr>
          <w:lang w:val="ru-RU"/>
        </w:rPr>
        <w:t xml:space="preserve"> </w:t>
      </w:r>
      <w:r w:rsidRPr="007F0FDD">
        <w:rPr>
          <w:lang w:val="ru-RU"/>
        </w:rPr>
        <w:t>(</w:t>
      </w:r>
      <w:proofErr w:type="spellStart"/>
      <w:r w:rsidRPr="007F0FDD">
        <w:rPr>
          <w:lang w:val="ru-RU"/>
        </w:rPr>
        <w:t>ийся</w:t>
      </w:r>
      <w:proofErr w:type="spellEnd"/>
      <w:r w:rsidRPr="007F0FDD">
        <w:rPr>
          <w:lang w:val="ru-RU"/>
        </w:rPr>
        <w:t>) законным представителем моего несовершеннолетнего ребенка</w:t>
      </w:r>
      <w:r w:rsidR="00482E5C">
        <w:rPr>
          <w:lang w:val="ru-RU"/>
        </w:rPr>
        <w:t xml:space="preserve"> </w:t>
      </w:r>
      <w:r w:rsidRPr="007F0FDD">
        <w:rPr>
          <w:lang w:val="ru-RU"/>
        </w:rPr>
        <w:t>_______________________________________________________________________________,</w:t>
      </w:r>
      <w:r w:rsidRPr="007F0FDD">
        <w:rPr>
          <w:lang w:val="ru-RU"/>
        </w:rPr>
        <w:br/>
        <w:t>проживающая (</w:t>
      </w:r>
      <w:proofErr w:type="spellStart"/>
      <w:r w:rsidRPr="007F0FDD">
        <w:rPr>
          <w:lang w:val="ru-RU"/>
        </w:rPr>
        <w:t>ий</w:t>
      </w:r>
      <w:proofErr w:type="spellEnd"/>
      <w:r w:rsidRPr="007F0FDD">
        <w:rPr>
          <w:lang w:val="ru-RU"/>
        </w:rPr>
        <w:t>) по адресу: __________________________________________________</w:t>
      </w:r>
      <w:r w:rsidRPr="007F0FDD">
        <w:rPr>
          <w:lang w:val="ru-RU"/>
        </w:rPr>
        <w:br/>
        <w:t>(адрес субъекта персональных данных)</w:t>
      </w:r>
      <w:r w:rsidRPr="007F0FDD">
        <w:rPr>
          <w:lang w:val="ru-RU"/>
        </w:rPr>
        <w:br/>
        <w:t>_____________________________________________________________________________</w:t>
      </w:r>
      <w:r w:rsidRPr="007F0FDD">
        <w:rPr>
          <w:lang w:val="ru-RU"/>
        </w:rPr>
        <w:br/>
        <w:t>(наименование, серия и номер основного документа, удостоверяющего личность)</w:t>
      </w:r>
      <w:r w:rsidRPr="007F0FDD">
        <w:rPr>
          <w:lang w:val="ru-RU"/>
        </w:rPr>
        <w:br/>
        <w:t>__________________________________________________________________</w:t>
      </w:r>
      <w:r w:rsidR="00482E5C">
        <w:rPr>
          <w:lang w:val="ru-RU"/>
        </w:rPr>
        <w:t>________</w:t>
      </w:r>
      <w:r w:rsidRPr="007F0FDD">
        <w:rPr>
          <w:lang w:val="ru-RU"/>
        </w:rPr>
        <w:t>________</w:t>
      </w:r>
      <w:r w:rsidRPr="007F0FDD">
        <w:rPr>
          <w:lang w:val="ru-RU"/>
        </w:rPr>
        <w:br/>
        <w:t>(сведения о дате выдачи указанного документа и выдавшем его органе)</w:t>
      </w:r>
      <w:r w:rsidRPr="007F0FDD">
        <w:rPr>
          <w:lang w:val="ru-RU"/>
        </w:rPr>
        <w:br/>
        <w:t>даю согласие на сбор, хранение на защищенном сервере, передачу с использованием шифрованного канала связи до сервера моих персональных данных, а также на их обработку: сортировку, архивирование, обезличивание, публикацию</w:t>
      </w:r>
    </w:p>
    <w:p w:rsidR="008A59BA" w:rsidRPr="007F0FDD" w:rsidRDefault="002A76FC">
      <w:pPr>
        <w:spacing w:after="80"/>
        <w:jc w:val="both"/>
        <w:rPr>
          <w:lang w:val="ru-RU"/>
        </w:rPr>
      </w:pPr>
      <w:r w:rsidRPr="007F0FDD">
        <w:rPr>
          <w:lang w:val="ru-RU"/>
        </w:rPr>
        <w:t>Обработка осуществляется государственным автономным учреждением Калининградской области дополнительного образования «калининградский областной детско-юношеский центр экологии, краеведения и туризма», расположенным по адресу: г. Калининград, ул. Ботаническая, 2.</w:t>
      </w:r>
    </w:p>
    <w:p w:rsidR="008A59BA" w:rsidRPr="007F0FDD" w:rsidRDefault="002A76FC">
      <w:pPr>
        <w:spacing w:after="80"/>
        <w:jc w:val="both"/>
        <w:rPr>
          <w:lang w:val="ru-RU"/>
        </w:rPr>
      </w:pPr>
      <w:r w:rsidRPr="007F0FDD">
        <w:rPr>
          <w:lang w:val="ru-RU"/>
        </w:rPr>
        <w:t>1. Фамилия, имя, отчество. Паспортные данные.</w:t>
      </w:r>
      <w:r w:rsidRPr="007F0FDD">
        <w:rPr>
          <w:lang w:val="ru-RU"/>
        </w:rPr>
        <w:br/>
        <w:t>2. Дата рождения (ДД.ММ.ГГГГ). Адрес по прописке. Пол. Личные достижения, присвоенные награды.</w:t>
      </w:r>
    </w:p>
    <w:p w:rsidR="008A59BA" w:rsidRPr="007F0FDD" w:rsidRDefault="002A76FC">
      <w:pPr>
        <w:spacing w:after="80"/>
        <w:jc w:val="both"/>
        <w:rPr>
          <w:lang w:val="ru-RU"/>
        </w:rPr>
      </w:pPr>
      <w:r w:rsidRPr="007F0FDD">
        <w:rPr>
          <w:lang w:val="ru-RU"/>
        </w:rPr>
        <w:t>Одновременно даю согласие на публикацию моих фотографических изображений с Конкурса на сайте и в социальных сетях ГАКОДО КОДЮЦЭКТ, Министерства образования Калининградской области, Госавтоинспекции, ЮИД.</w:t>
      </w:r>
    </w:p>
    <w:p w:rsidR="008A59BA" w:rsidRPr="007F0FDD" w:rsidRDefault="002A76FC" w:rsidP="00482E5C">
      <w:pPr>
        <w:spacing w:after="80"/>
        <w:jc w:val="both"/>
        <w:rPr>
          <w:lang w:val="ru-RU"/>
        </w:rPr>
      </w:pPr>
      <w:r w:rsidRPr="007F0FDD">
        <w:rPr>
          <w:lang w:val="ru-RU"/>
        </w:rPr>
        <w:t>Данное согласие может быть отозвано мною в любой момент по письменному моему заявлению.</w:t>
      </w:r>
      <w:r w:rsidRPr="007F0FDD">
        <w:rPr>
          <w:lang w:val="ru-RU"/>
        </w:rPr>
        <w:br/>
      </w:r>
      <w:r w:rsidRPr="00482E5C">
        <w:rPr>
          <w:sz w:val="22"/>
          <w:lang w:val="ru-RU"/>
        </w:rPr>
        <w:br/>
        <w:t>Подпись __________________/____________________________________________________/</w:t>
      </w:r>
      <w:r w:rsidRPr="00482E5C">
        <w:rPr>
          <w:sz w:val="22"/>
          <w:lang w:val="ru-RU"/>
        </w:rPr>
        <w:br/>
        <w:t>(фамилия, имя, отчество)</w:t>
      </w:r>
      <w:r w:rsidRPr="00482E5C">
        <w:rPr>
          <w:sz w:val="22"/>
          <w:lang w:val="ru-RU"/>
        </w:rPr>
        <w:br/>
      </w:r>
      <w:r w:rsidRPr="00482E5C">
        <w:rPr>
          <w:sz w:val="22"/>
          <w:lang w:val="ru-RU"/>
        </w:rPr>
        <w:br/>
        <w:t>Дата ____________________</w:t>
      </w:r>
      <w:r w:rsidRPr="007F0FDD">
        <w:rPr>
          <w:lang w:val="ru-RU"/>
        </w:rPr>
        <w:br w:type="page"/>
      </w:r>
    </w:p>
    <w:p w:rsidR="008A59BA" w:rsidRPr="007F0FDD" w:rsidRDefault="002A76FC">
      <w:pPr>
        <w:jc w:val="right"/>
        <w:rPr>
          <w:lang w:val="ru-RU"/>
        </w:rPr>
      </w:pPr>
      <w:r w:rsidRPr="007F0FDD">
        <w:rPr>
          <w:i/>
          <w:lang w:val="ru-RU"/>
        </w:rPr>
        <w:lastRenderedPageBreak/>
        <w:t>Приложение №3 к Положению</w:t>
      </w:r>
      <w:r w:rsidRPr="007F0FDD">
        <w:rPr>
          <w:i/>
          <w:lang w:val="ru-RU"/>
        </w:rPr>
        <w:br/>
        <w:t>о проведении регионального этапа</w:t>
      </w:r>
      <w:r w:rsidRPr="007F0FDD">
        <w:rPr>
          <w:i/>
          <w:lang w:val="ru-RU"/>
        </w:rPr>
        <w:br/>
        <w:t>Всероссийского конкурса</w:t>
      </w:r>
      <w:r w:rsidRPr="007F0FDD">
        <w:rPr>
          <w:i/>
          <w:lang w:val="ru-RU"/>
        </w:rPr>
        <w:br/>
        <w:t>юных инспекторов дорожного движения</w:t>
      </w:r>
      <w:r w:rsidRPr="007F0FDD">
        <w:rPr>
          <w:i/>
          <w:lang w:val="ru-RU"/>
        </w:rPr>
        <w:br/>
        <w:t>«Безопасное колесо 202</w:t>
      </w:r>
      <w:r w:rsidR="00482E5C">
        <w:rPr>
          <w:i/>
          <w:lang w:val="ru-RU"/>
        </w:rPr>
        <w:t>6</w:t>
      </w:r>
      <w:r w:rsidRPr="007F0FDD">
        <w:rPr>
          <w:i/>
          <w:lang w:val="ru-RU"/>
        </w:rPr>
        <w:t>»</w:t>
      </w:r>
    </w:p>
    <w:p w:rsidR="00AE3A88" w:rsidRDefault="002A76FC">
      <w:pPr>
        <w:jc w:val="center"/>
        <w:rPr>
          <w:b/>
          <w:lang w:val="ru-RU"/>
        </w:rPr>
      </w:pPr>
      <w:r w:rsidRPr="007F0FDD">
        <w:rPr>
          <w:b/>
          <w:lang w:val="ru-RU"/>
        </w:rPr>
        <w:br/>
        <w:t>Заявка</w:t>
      </w:r>
      <w:r w:rsidRPr="007F0FDD">
        <w:rPr>
          <w:b/>
          <w:lang w:val="ru-RU"/>
        </w:rPr>
        <w:br/>
        <w:t>(</w:t>
      </w:r>
      <w:r w:rsidR="00482E5C">
        <w:rPr>
          <w:b/>
          <w:lang w:val="ru-RU"/>
        </w:rPr>
        <w:t>н</w:t>
      </w:r>
      <w:r w:rsidRPr="007F0FDD">
        <w:rPr>
          <w:b/>
          <w:lang w:val="ru-RU"/>
        </w:rPr>
        <w:t>а официальном бланке организации)</w:t>
      </w:r>
      <w:r w:rsidRPr="007F0FDD">
        <w:rPr>
          <w:b/>
          <w:lang w:val="ru-RU"/>
        </w:rPr>
        <w:br/>
      </w:r>
      <w:r w:rsidRPr="007F0FDD">
        <w:rPr>
          <w:b/>
          <w:lang w:val="ru-RU"/>
        </w:rPr>
        <w:br/>
        <w:t>Наименование образовательной организации</w:t>
      </w:r>
      <w:r w:rsidRPr="007F0FDD">
        <w:rPr>
          <w:b/>
          <w:lang w:val="ru-RU"/>
        </w:rPr>
        <w:br/>
      </w:r>
      <w:r w:rsidRPr="007F0FDD">
        <w:rPr>
          <w:b/>
          <w:lang w:val="ru-RU"/>
        </w:rPr>
        <w:br/>
        <w:t>ЗАЯВКА НА УЧАСТИЕ</w:t>
      </w:r>
    </w:p>
    <w:p w:rsidR="00AE3A88" w:rsidRPr="004B00C7" w:rsidRDefault="002A76FC">
      <w:pPr>
        <w:jc w:val="center"/>
        <w:rPr>
          <w:b/>
          <w:lang w:val="ru-RU"/>
        </w:rPr>
      </w:pPr>
      <w:r w:rsidRPr="004B00C7">
        <w:rPr>
          <w:b/>
          <w:lang w:val="ru-RU"/>
        </w:rPr>
        <w:t xml:space="preserve">в </w:t>
      </w:r>
      <w:r w:rsidR="00AE3A88" w:rsidRPr="004B00C7">
        <w:rPr>
          <w:b/>
          <w:lang w:val="ru-RU"/>
        </w:rPr>
        <w:t>региональном этапе</w:t>
      </w:r>
    </w:p>
    <w:p w:rsidR="008A59BA" w:rsidRPr="007F0FDD" w:rsidRDefault="00AE3A88">
      <w:pPr>
        <w:jc w:val="center"/>
        <w:rPr>
          <w:lang w:val="ru-RU"/>
        </w:rPr>
      </w:pPr>
      <w:r w:rsidRPr="004B00C7">
        <w:rPr>
          <w:b/>
          <w:lang w:val="ru-RU"/>
        </w:rPr>
        <w:t xml:space="preserve"> Всероссийского конкурса юных инспекторов движения «Безопасное колесо - 2026»</w:t>
      </w:r>
      <w:r w:rsidR="002A76FC" w:rsidRPr="007F0FDD">
        <w:rPr>
          <w:b/>
          <w:lang w:val="ru-RU"/>
        </w:rPr>
        <w:br/>
      </w:r>
    </w:p>
    <w:p w:rsidR="008A59BA" w:rsidRPr="007F0FDD" w:rsidRDefault="002A76FC">
      <w:pPr>
        <w:spacing w:after="80"/>
        <w:jc w:val="both"/>
        <w:rPr>
          <w:lang w:val="ru-RU"/>
        </w:rPr>
      </w:pPr>
      <w:r w:rsidRPr="007F0FDD">
        <w:rPr>
          <w:lang w:val="ru-RU"/>
        </w:rPr>
        <w:t>Просим включить команду ЮИД ________________________________________</w:t>
      </w:r>
      <w:r w:rsidRPr="007F0FDD">
        <w:rPr>
          <w:lang w:val="ru-RU"/>
        </w:rPr>
        <w:br/>
        <w:t>(наименование образовательной организации)</w:t>
      </w:r>
      <w:r w:rsidRPr="007F0FDD">
        <w:rPr>
          <w:lang w:val="ru-RU"/>
        </w:rPr>
        <w:br/>
        <w:t>в протокол участия в Конкурсе «Безопасное колесо – 202</w:t>
      </w:r>
      <w:r w:rsidR="00482E5C">
        <w:rPr>
          <w:lang w:val="ru-RU"/>
        </w:rPr>
        <w:t>6</w:t>
      </w:r>
      <w:r w:rsidRPr="007F0FDD">
        <w:rPr>
          <w:lang w:val="ru-RU"/>
        </w:rPr>
        <w:t>», в составе: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990"/>
        <w:gridCol w:w="1991"/>
        <w:gridCol w:w="1991"/>
        <w:gridCol w:w="1992"/>
        <w:gridCol w:w="1990"/>
      </w:tblGrid>
      <w:tr w:rsidR="008A59BA" w:rsidRPr="00CE1EA9">
        <w:tc>
          <w:tcPr>
            <w:tcW w:w="1993" w:type="dxa"/>
          </w:tcPr>
          <w:p w:rsidR="008A59BA" w:rsidRDefault="002A76FC">
            <w:r>
              <w:t>№ п/п</w:t>
            </w:r>
          </w:p>
        </w:tc>
        <w:tc>
          <w:tcPr>
            <w:tcW w:w="1993" w:type="dxa"/>
          </w:tcPr>
          <w:p w:rsidR="008A59BA" w:rsidRDefault="002A76FC">
            <w:r>
              <w:t>Ф.И.О. участника</w:t>
            </w:r>
          </w:p>
        </w:tc>
        <w:tc>
          <w:tcPr>
            <w:tcW w:w="1993" w:type="dxa"/>
          </w:tcPr>
          <w:p w:rsidR="008A59BA" w:rsidRDefault="002A76FC">
            <w:r>
              <w:t>Дата рождения</w:t>
            </w:r>
          </w:p>
        </w:tc>
        <w:tc>
          <w:tcPr>
            <w:tcW w:w="1993" w:type="dxa"/>
          </w:tcPr>
          <w:p w:rsidR="008A59BA" w:rsidRDefault="002A76FC">
            <w:r>
              <w:t>№ свидетельства о рождении</w:t>
            </w:r>
          </w:p>
        </w:tc>
        <w:tc>
          <w:tcPr>
            <w:tcW w:w="1993" w:type="dxa"/>
          </w:tcPr>
          <w:p w:rsidR="00AE3A88" w:rsidRDefault="002A76FC">
            <w:pPr>
              <w:rPr>
                <w:lang w:val="ru-RU"/>
              </w:rPr>
            </w:pPr>
            <w:r w:rsidRPr="007F0FDD">
              <w:rPr>
                <w:lang w:val="ru-RU"/>
              </w:rPr>
              <w:t xml:space="preserve">ОУ, класс </w:t>
            </w:r>
          </w:p>
          <w:p w:rsidR="008A59BA" w:rsidRPr="007F0FDD" w:rsidRDefault="002A76FC">
            <w:pPr>
              <w:rPr>
                <w:lang w:val="ru-RU"/>
              </w:rPr>
            </w:pPr>
            <w:r w:rsidRPr="007F0FDD">
              <w:rPr>
                <w:lang w:val="ru-RU"/>
              </w:rPr>
              <w:t xml:space="preserve">Номер </w:t>
            </w:r>
            <w:r>
              <w:t>ID</w:t>
            </w:r>
            <w:r w:rsidRPr="007F0FDD">
              <w:rPr>
                <w:lang w:val="ru-RU"/>
              </w:rPr>
              <w:t xml:space="preserve"> на сайте ЮИД</w:t>
            </w:r>
          </w:p>
        </w:tc>
      </w:tr>
      <w:tr w:rsidR="008A59BA">
        <w:tc>
          <w:tcPr>
            <w:tcW w:w="1993" w:type="dxa"/>
          </w:tcPr>
          <w:p w:rsidR="008A59BA" w:rsidRDefault="002A76FC">
            <w:r>
              <w:t>1</w:t>
            </w:r>
          </w:p>
        </w:tc>
        <w:tc>
          <w:tcPr>
            <w:tcW w:w="1993" w:type="dxa"/>
          </w:tcPr>
          <w:p w:rsidR="008A59BA" w:rsidRDefault="008A59BA"/>
        </w:tc>
        <w:tc>
          <w:tcPr>
            <w:tcW w:w="1993" w:type="dxa"/>
          </w:tcPr>
          <w:p w:rsidR="008A59BA" w:rsidRDefault="008A59BA"/>
        </w:tc>
        <w:tc>
          <w:tcPr>
            <w:tcW w:w="1993" w:type="dxa"/>
          </w:tcPr>
          <w:p w:rsidR="008A59BA" w:rsidRDefault="008A59BA"/>
        </w:tc>
        <w:tc>
          <w:tcPr>
            <w:tcW w:w="1993" w:type="dxa"/>
          </w:tcPr>
          <w:p w:rsidR="008A59BA" w:rsidRDefault="008A59BA"/>
        </w:tc>
      </w:tr>
      <w:tr w:rsidR="008A59BA">
        <w:tc>
          <w:tcPr>
            <w:tcW w:w="1993" w:type="dxa"/>
          </w:tcPr>
          <w:p w:rsidR="008A59BA" w:rsidRDefault="002A76FC">
            <w:r>
              <w:t>2</w:t>
            </w:r>
          </w:p>
        </w:tc>
        <w:tc>
          <w:tcPr>
            <w:tcW w:w="1993" w:type="dxa"/>
          </w:tcPr>
          <w:p w:rsidR="008A59BA" w:rsidRDefault="008A59BA"/>
        </w:tc>
        <w:tc>
          <w:tcPr>
            <w:tcW w:w="1993" w:type="dxa"/>
          </w:tcPr>
          <w:p w:rsidR="008A59BA" w:rsidRDefault="008A59BA"/>
        </w:tc>
        <w:tc>
          <w:tcPr>
            <w:tcW w:w="1993" w:type="dxa"/>
          </w:tcPr>
          <w:p w:rsidR="008A59BA" w:rsidRDefault="008A59BA"/>
        </w:tc>
        <w:tc>
          <w:tcPr>
            <w:tcW w:w="1993" w:type="dxa"/>
          </w:tcPr>
          <w:p w:rsidR="008A59BA" w:rsidRDefault="008A59BA"/>
        </w:tc>
      </w:tr>
      <w:tr w:rsidR="008A59BA">
        <w:tc>
          <w:tcPr>
            <w:tcW w:w="1993" w:type="dxa"/>
          </w:tcPr>
          <w:p w:rsidR="008A59BA" w:rsidRDefault="002A76FC">
            <w:r>
              <w:t>3</w:t>
            </w:r>
          </w:p>
        </w:tc>
        <w:tc>
          <w:tcPr>
            <w:tcW w:w="1993" w:type="dxa"/>
          </w:tcPr>
          <w:p w:rsidR="008A59BA" w:rsidRDefault="008A59BA"/>
        </w:tc>
        <w:tc>
          <w:tcPr>
            <w:tcW w:w="1993" w:type="dxa"/>
          </w:tcPr>
          <w:p w:rsidR="008A59BA" w:rsidRDefault="008A59BA"/>
        </w:tc>
        <w:tc>
          <w:tcPr>
            <w:tcW w:w="1993" w:type="dxa"/>
          </w:tcPr>
          <w:p w:rsidR="008A59BA" w:rsidRDefault="008A59BA"/>
        </w:tc>
        <w:tc>
          <w:tcPr>
            <w:tcW w:w="1993" w:type="dxa"/>
          </w:tcPr>
          <w:p w:rsidR="008A59BA" w:rsidRDefault="008A59BA"/>
        </w:tc>
      </w:tr>
      <w:tr w:rsidR="008A59BA">
        <w:tc>
          <w:tcPr>
            <w:tcW w:w="1993" w:type="dxa"/>
          </w:tcPr>
          <w:p w:rsidR="008A59BA" w:rsidRDefault="002A76FC">
            <w:r>
              <w:t>4</w:t>
            </w:r>
          </w:p>
        </w:tc>
        <w:tc>
          <w:tcPr>
            <w:tcW w:w="1993" w:type="dxa"/>
          </w:tcPr>
          <w:p w:rsidR="008A59BA" w:rsidRDefault="008A59BA"/>
        </w:tc>
        <w:tc>
          <w:tcPr>
            <w:tcW w:w="1993" w:type="dxa"/>
          </w:tcPr>
          <w:p w:rsidR="008A59BA" w:rsidRDefault="008A59BA"/>
        </w:tc>
        <w:tc>
          <w:tcPr>
            <w:tcW w:w="1993" w:type="dxa"/>
          </w:tcPr>
          <w:p w:rsidR="008A59BA" w:rsidRDefault="008A59BA"/>
        </w:tc>
        <w:tc>
          <w:tcPr>
            <w:tcW w:w="1993" w:type="dxa"/>
          </w:tcPr>
          <w:p w:rsidR="008A59BA" w:rsidRDefault="008A59BA"/>
        </w:tc>
      </w:tr>
    </w:tbl>
    <w:p w:rsidR="008A59BA" w:rsidRDefault="002A76FC">
      <w:r>
        <w:br/>
        <w:t>Руководитель (сопровождающий) команды: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990"/>
        <w:gridCol w:w="1991"/>
        <w:gridCol w:w="1991"/>
        <w:gridCol w:w="1992"/>
        <w:gridCol w:w="1990"/>
      </w:tblGrid>
      <w:tr w:rsidR="008A59BA" w:rsidRPr="00CE1EA9">
        <w:tc>
          <w:tcPr>
            <w:tcW w:w="1993" w:type="dxa"/>
          </w:tcPr>
          <w:p w:rsidR="008A59BA" w:rsidRDefault="002A76FC">
            <w:r>
              <w:t>№ п/п</w:t>
            </w:r>
          </w:p>
        </w:tc>
        <w:tc>
          <w:tcPr>
            <w:tcW w:w="1993" w:type="dxa"/>
          </w:tcPr>
          <w:p w:rsidR="008A59BA" w:rsidRDefault="002A76FC">
            <w:r>
              <w:t>Фамилия, Имя, отчество</w:t>
            </w:r>
          </w:p>
        </w:tc>
        <w:tc>
          <w:tcPr>
            <w:tcW w:w="1993" w:type="dxa"/>
          </w:tcPr>
          <w:p w:rsidR="008A59BA" w:rsidRDefault="002A76FC">
            <w:r>
              <w:t>Место работы</w:t>
            </w:r>
          </w:p>
        </w:tc>
        <w:tc>
          <w:tcPr>
            <w:tcW w:w="1993" w:type="dxa"/>
          </w:tcPr>
          <w:p w:rsidR="008A59BA" w:rsidRDefault="002A76FC" w:rsidP="00AE3A88">
            <w:proofErr w:type="spellStart"/>
            <w:r>
              <w:t>Должность</w:t>
            </w:r>
            <w:proofErr w:type="spellEnd"/>
            <w:r>
              <w:t xml:space="preserve"> </w:t>
            </w:r>
            <w:proofErr w:type="spellStart"/>
            <w:r w:rsidR="00AE3A88">
              <w:rPr>
                <w:lang w:val="ru-RU"/>
              </w:rPr>
              <w:t>моб.т</w:t>
            </w:r>
            <w:r>
              <w:t>елефон</w:t>
            </w:r>
            <w:proofErr w:type="spellEnd"/>
          </w:p>
        </w:tc>
        <w:tc>
          <w:tcPr>
            <w:tcW w:w="1993" w:type="dxa"/>
          </w:tcPr>
          <w:p w:rsidR="008A59BA" w:rsidRPr="007F0FDD" w:rsidRDefault="002A76FC">
            <w:pPr>
              <w:rPr>
                <w:lang w:val="ru-RU"/>
              </w:rPr>
            </w:pPr>
            <w:r w:rsidRPr="007F0FDD">
              <w:rPr>
                <w:lang w:val="ru-RU"/>
              </w:rPr>
              <w:t xml:space="preserve">Номер </w:t>
            </w:r>
            <w:r>
              <w:t>ID</w:t>
            </w:r>
            <w:r w:rsidRPr="007F0FDD">
              <w:rPr>
                <w:lang w:val="ru-RU"/>
              </w:rPr>
              <w:t xml:space="preserve"> на сайте ЮИД</w:t>
            </w:r>
          </w:p>
        </w:tc>
      </w:tr>
      <w:tr w:rsidR="008A59BA">
        <w:tc>
          <w:tcPr>
            <w:tcW w:w="1993" w:type="dxa"/>
          </w:tcPr>
          <w:p w:rsidR="008A59BA" w:rsidRDefault="002A76FC">
            <w:r>
              <w:t>1</w:t>
            </w:r>
          </w:p>
        </w:tc>
        <w:tc>
          <w:tcPr>
            <w:tcW w:w="1993" w:type="dxa"/>
          </w:tcPr>
          <w:p w:rsidR="008A59BA" w:rsidRDefault="008A59BA"/>
        </w:tc>
        <w:tc>
          <w:tcPr>
            <w:tcW w:w="1993" w:type="dxa"/>
          </w:tcPr>
          <w:p w:rsidR="008A59BA" w:rsidRDefault="008A59BA"/>
        </w:tc>
        <w:tc>
          <w:tcPr>
            <w:tcW w:w="1993" w:type="dxa"/>
          </w:tcPr>
          <w:p w:rsidR="008A59BA" w:rsidRDefault="008A59BA"/>
        </w:tc>
        <w:tc>
          <w:tcPr>
            <w:tcW w:w="1993" w:type="dxa"/>
          </w:tcPr>
          <w:p w:rsidR="008A59BA" w:rsidRDefault="008A59BA"/>
        </w:tc>
      </w:tr>
    </w:tbl>
    <w:p w:rsidR="00AE3A88" w:rsidRDefault="00AE3A88">
      <w:pPr>
        <w:spacing w:before="480"/>
        <w:rPr>
          <w:lang w:val="ru-RU"/>
        </w:rPr>
      </w:pPr>
    </w:p>
    <w:p w:rsidR="008A59BA" w:rsidRPr="00AE3A88" w:rsidRDefault="002A76FC">
      <w:pPr>
        <w:spacing w:before="480"/>
        <w:rPr>
          <w:lang w:val="ru-RU"/>
        </w:rPr>
      </w:pPr>
      <w:r w:rsidRPr="00AE3A88">
        <w:rPr>
          <w:lang w:val="ru-RU"/>
        </w:rPr>
        <w:br/>
      </w:r>
      <w:r w:rsidRPr="00AE3A88">
        <w:rPr>
          <w:lang w:val="ru-RU"/>
        </w:rPr>
        <w:br/>
        <w:t>Подпись руководителя образовательной организации</w:t>
      </w:r>
      <w:r w:rsidR="00AE3A88">
        <w:rPr>
          <w:lang w:val="ru-RU"/>
        </w:rPr>
        <w:t xml:space="preserve"> </w:t>
      </w:r>
      <w:r w:rsidR="00AE3A88" w:rsidRPr="004B00C7">
        <w:rPr>
          <w:lang w:val="ru-RU"/>
        </w:rPr>
        <w:t>и печать</w:t>
      </w:r>
      <w:r w:rsidRPr="004B00C7">
        <w:rPr>
          <w:lang w:val="ru-RU"/>
        </w:rPr>
        <w:t xml:space="preserve"> ___________________________</w:t>
      </w:r>
    </w:p>
    <w:sectPr w:rsidR="008A59BA" w:rsidRPr="00AE3A88" w:rsidSect="00034616">
      <w:pgSz w:w="12240" w:h="15840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6EC6"/>
    <w:rsid w:val="0015074B"/>
    <w:rsid w:val="00212661"/>
    <w:rsid w:val="0029125D"/>
    <w:rsid w:val="0029639D"/>
    <w:rsid w:val="002A76FC"/>
    <w:rsid w:val="00326F90"/>
    <w:rsid w:val="0036511F"/>
    <w:rsid w:val="00482E5C"/>
    <w:rsid w:val="00484111"/>
    <w:rsid w:val="004B00C7"/>
    <w:rsid w:val="005A09C0"/>
    <w:rsid w:val="00654752"/>
    <w:rsid w:val="007F0FDD"/>
    <w:rsid w:val="00896F36"/>
    <w:rsid w:val="008A59BA"/>
    <w:rsid w:val="00904106"/>
    <w:rsid w:val="009F6802"/>
    <w:rsid w:val="00AA1D8D"/>
    <w:rsid w:val="00AE3A88"/>
    <w:rsid w:val="00B47730"/>
    <w:rsid w:val="00C91EC6"/>
    <w:rsid w:val="00CB0664"/>
    <w:rsid w:val="00CE1EA9"/>
    <w:rsid w:val="00E735E1"/>
    <w:rsid w:val="00FA55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9288AF"/>
  <w14:defaultImageDpi w14:val="330"/>
  <w15:docId w15:val="{F09AC353-0D7C-440A-9DB6-6F2C9E476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482E5C"/>
    <w:rPr>
      <w:color w:val="0000FF" w:themeColor="hyperlink"/>
      <w:u w:val="single"/>
    </w:rPr>
  </w:style>
  <w:style w:type="character" w:customStyle="1" w:styleId="14">
    <w:name w:val="Неразрешенное упоминание1"/>
    <w:basedOn w:val="a2"/>
    <w:uiPriority w:val="99"/>
    <w:semiHidden/>
    <w:unhideWhenUsed/>
    <w:rsid w:val="00482E5C"/>
    <w:rPr>
      <w:color w:val="605E5C"/>
      <w:shd w:val="clear" w:color="auto" w:fill="E1DFDD"/>
    </w:rPr>
  </w:style>
  <w:style w:type="character" w:styleId="aff9">
    <w:name w:val="Unresolved Mention"/>
    <w:basedOn w:val="a2"/>
    <w:uiPriority w:val="99"/>
    <w:semiHidden/>
    <w:unhideWhenUsed/>
    <w:rsid w:val="00896F36"/>
    <w:rPr>
      <w:color w:val="605E5C"/>
      <w:shd w:val="clear" w:color="auto" w:fill="E1DFDD"/>
    </w:rPr>
  </w:style>
  <w:style w:type="character" w:styleId="affa">
    <w:name w:val="FollowedHyperlink"/>
    <w:basedOn w:val="a2"/>
    <w:uiPriority w:val="99"/>
    <w:semiHidden/>
    <w:unhideWhenUsed/>
    <w:rsid w:val="00FA55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COCRW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102;&#1080;&#1076;&#1088;&#1086;&#1089;&#1089;&#1080;&#1080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A040EE-A067-4DFA-81F0-96D9CA8A7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9</Pages>
  <Words>2046</Words>
  <Characters>11666</Characters>
  <Application>Microsoft Office Word</Application>
  <DocSecurity>0</DocSecurity>
  <Lines>97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2026-10-30T12:44:00Z</dcterms:created>
  <dcterms:modified xsi:type="dcterms:W3CDTF">2026-11-02T14:01:00Z</dcterms:modified>
  <cp:category/>
</cp:coreProperties>
</file>